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D519B" w14:textId="77777777" w:rsidR="00B54A8B" w:rsidRPr="002D1F4E" w:rsidRDefault="00000000">
      <w:pPr>
        <w:pStyle w:val="Nagwek1"/>
        <w:rPr>
          <w:lang w:val="pl-PL"/>
        </w:rPr>
      </w:pPr>
      <w:r w:rsidRPr="002D1F4E">
        <w:rPr>
          <w:lang w:val="pl-PL"/>
        </w:rPr>
        <w:t>Plan lekcji w Szkole Polskiej</w:t>
      </w:r>
    </w:p>
    <w:p w14:paraId="22931055" w14:textId="77777777" w:rsidR="002D1F4E" w:rsidRDefault="00000000">
      <w:pPr>
        <w:rPr>
          <w:lang w:val="pl-PL"/>
        </w:rPr>
      </w:pPr>
      <w:r w:rsidRPr="002D1F4E">
        <w:rPr>
          <w:lang w:val="pl-PL"/>
        </w:rPr>
        <w:t xml:space="preserve">Rok szkolny: </w:t>
      </w:r>
      <w:r w:rsidR="002D1F4E">
        <w:rPr>
          <w:lang w:val="pl-PL"/>
        </w:rPr>
        <w:t>2025/2026</w:t>
      </w:r>
    </w:p>
    <w:p w14:paraId="31C48B02" w14:textId="1C84829A" w:rsidR="00B54A8B" w:rsidRPr="002D1F4E" w:rsidRDefault="00000000">
      <w:pPr>
        <w:rPr>
          <w:lang w:val="pl-PL"/>
        </w:rPr>
      </w:pPr>
      <w:r w:rsidRPr="002D1F4E">
        <w:rPr>
          <w:lang w:val="pl-PL"/>
        </w:rPr>
        <w:t>Plan może ulec zmianie ze względu na braki kadrowe i brak ostatecznego zatwierdzenia organizacji nowego roku szkolnego.</w:t>
      </w:r>
    </w:p>
    <w:p w14:paraId="5C15AB8F" w14:textId="77777777" w:rsidR="00B54A8B" w:rsidRDefault="00000000">
      <w:pPr>
        <w:pStyle w:val="Nagwek2"/>
      </w:pPr>
      <w:r>
        <w:t>WTOREK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1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767"/>
        <w:gridCol w:w="1161"/>
      </w:tblGrid>
      <w:tr w:rsidR="00B54A8B" w14:paraId="7707E15F" w14:textId="77777777" w:rsidTr="00190FB2">
        <w:tc>
          <w:tcPr>
            <w:tcW w:w="981" w:type="dxa"/>
          </w:tcPr>
          <w:p w14:paraId="46637300" w14:textId="77777777" w:rsidR="00B54A8B" w:rsidRDefault="00000000">
            <w:proofErr w:type="spellStart"/>
            <w:r>
              <w:t>Godzina</w:t>
            </w:r>
            <w:proofErr w:type="spellEnd"/>
            <w:r>
              <w:t xml:space="preserve"> </w:t>
            </w:r>
            <w:proofErr w:type="spellStart"/>
            <w:r>
              <w:t>zajęć</w:t>
            </w:r>
            <w:proofErr w:type="spellEnd"/>
          </w:p>
        </w:tc>
        <w:tc>
          <w:tcPr>
            <w:tcW w:w="665" w:type="dxa"/>
          </w:tcPr>
          <w:p w14:paraId="703FAFF9" w14:textId="77777777" w:rsidR="00B54A8B" w:rsidRDefault="00000000">
            <w:r>
              <w:t>OD</w:t>
            </w:r>
          </w:p>
        </w:tc>
        <w:tc>
          <w:tcPr>
            <w:tcW w:w="665" w:type="dxa"/>
          </w:tcPr>
          <w:p w14:paraId="564ECFA7" w14:textId="77777777" w:rsidR="00B54A8B" w:rsidRDefault="00000000">
            <w:r>
              <w:t>I SP A</w:t>
            </w:r>
          </w:p>
        </w:tc>
        <w:tc>
          <w:tcPr>
            <w:tcW w:w="665" w:type="dxa"/>
          </w:tcPr>
          <w:p w14:paraId="28811E99" w14:textId="77777777" w:rsidR="00B54A8B" w:rsidRDefault="00000000">
            <w:r>
              <w:t>I SP B</w:t>
            </w:r>
          </w:p>
        </w:tc>
        <w:tc>
          <w:tcPr>
            <w:tcW w:w="665" w:type="dxa"/>
          </w:tcPr>
          <w:p w14:paraId="7C7FA0C1" w14:textId="77777777" w:rsidR="00B54A8B" w:rsidRDefault="00000000">
            <w:r>
              <w:t>II SP</w:t>
            </w:r>
          </w:p>
        </w:tc>
        <w:tc>
          <w:tcPr>
            <w:tcW w:w="665" w:type="dxa"/>
          </w:tcPr>
          <w:p w14:paraId="47470FC3" w14:textId="77777777" w:rsidR="00B54A8B" w:rsidRDefault="00000000">
            <w:r>
              <w:t>III SP</w:t>
            </w:r>
          </w:p>
        </w:tc>
        <w:tc>
          <w:tcPr>
            <w:tcW w:w="665" w:type="dxa"/>
          </w:tcPr>
          <w:p w14:paraId="0C348B3A" w14:textId="77777777" w:rsidR="00B54A8B" w:rsidRDefault="00000000">
            <w:r>
              <w:t>IV SP</w:t>
            </w:r>
          </w:p>
        </w:tc>
        <w:tc>
          <w:tcPr>
            <w:tcW w:w="665" w:type="dxa"/>
          </w:tcPr>
          <w:p w14:paraId="56CDEC50" w14:textId="77777777" w:rsidR="00B54A8B" w:rsidRDefault="00000000">
            <w:r>
              <w:t>V SP A</w:t>
            </w:r>
          </w:p>
        </w:tc>
        <w:tc>
          <w:tcPr>
            <w:tcW w:w="665" w:type="dxa"/>
          </w:tcPr>
          <w:p w14:paraId="34EF9467" w14:textId="77777777" w:rsidR="00B54A8B" w:rsidRDefault="00000000">
            <w:r>
              <w:t>V SP B</w:t>
            </w:r>
          </w:p>
        </w:tc>
        <w:tc>
          <w:tcPr>
            <w:tcW w:w="665" w:type="dxa"/>
          </w:tcPr>
          <w:p w14:paraId="661CF700" w14:textId="77777777" w:rsidR="00B54A8B" w:rsidRDefault="00000000">
            <w:r>
              <w:t>VI - VII SP</w:t>
            </w:r>
          </w:p>
        </w:tc>
        <w:tc>
          <w:tcPr>
            <w:tcW w:w="665" w:type="dxa"/>
          </w:tcPr>
          <w:p w14:paraId="003CB510" w14:textId="77777777" w:rsidR="00B54A8B" w:rsidRDefault="00000000">
            <w:r>
              <w:t>VIII SP</w:t>
            </w:r>
          </w:p>
        </w:tc>
        <w:tc>
          <w:tcPr>
            <w:tcW w:w="767" w:type="dxa"/>
          </w:tcPr>
          <w:p w14:paraId="33FAD62B" w14:textId="77777777" w:rsidR="00B54A8B" w:rsidRDefault="00000000">
            <w:r>
              <w:t>grupa LO</w:t>
            </w:r>
          </w:p>
        </w:tc>
        <w:tc>
          <w:tcPr>
            <w:tcW w:w="1161" w:type="dxa"/>
          </w:tcPr>
          <w:p w14:paraId="38F701AB" w14:textId="77777777" w:rsidR="00B54A8B" w:rsidRDefault="00000000">
            <w:r>
              <w:t>biblioteka</w:t>
            </w:r>
          </w:p>
        </w:tc>
      </w:tr>
      <w:tr w:rsidR="00190FB2" w14:paraId="0F91E8CF" w14:textId="77777777" w:rsidTr="00310E47">
        <w:tc>
          <w:tcPr>
            <w:tcW w:w="981" w:type="dxa"/>
          </w:tcPr>
          <w:p w14:paraId="5031DFDC" w14:textId="2E17814A" w:rsidR="00190FB2" w:rsidRDefault="00190FB2">
            <w:r>
              <w:t>16:00 – 16:45</w:t>
            </w:r>
          </w:p>
        </w:tc>
        <w:tc>
          <w:tcPr>
            <w:tcW w:w="665" w:type="dxa"/>
          </w:tcPr>
          <w:p w14:paraId="2465EA1E" w14:textId="77777777" w:rsidR="00190FB2" w:rsidRDefault="00190FB2"/>
        </w:tc>
        <w:tc>
          <w:tcPr>
            <w:tcW w:w="665" w:type="dxa"/>
          </w:tcPr>
          <w:p w14:paraId="74D349A7" w14:textId="77777777" w:rsidR="00190FB2" w:rsidRDefault="00190FB2"/>
        </w:tc>
        <w:tc>
          <w:tcPr>
            <w:tcW w:w="665" w:type="dxa"/>
          </w:tcPr>
          <w:p w14:paraId="68BD73D1" w14:textId="77777777" w:rsidR="00190FB2" w:rsidRDefault="00190FB2"/>
        </w:tc>
        <w:tc>
          <w:tcPr>
            <w:tcW w:w="665" w:type="dxa"/>
          </w:tcPr>
          <w:p w14:paraId="47110559" w14:textId="77777777" w:rsidR="00190FB2" w:rsidRDefault="00190FB2"/>
        </w:tc>
        <w:tc>
          <w:tcPr>
            <w:tcW w:w="665" w:type="dxa"/>
          </w:tcPr>
          <w:p w14:paraId="7306FACD" w14:textId="77777777" w:rsidR="00190FB2" w:rsidRDefault="00190FB2"/>
        </w:tc>
        <w:tc>
          <w:tcPr>
            <w:tcW w:w="665" w:type="dxa"/>
          </w:tcPr>
          <w:p w14:paraId="6DD071A5" w14:textId="77777777" w:rsidR="00190FB2" w:rsidRDefault="00190FB2"/>
        </w:tc>
        <w:tc>
          <w:tcPr>
            <w:tcW w:w="665" w:type="dxa"/>
          </w:tcPr>
          <w:p w14:paraId="70A4CBC9" w14:textId="77777777" w:rsidR="00190FB2" w:rsidRDefault="00190FB2"/>
        </w:tc>
        <w:tc>
          <w:tcPr>
            <w:tcW w:w="665" w:type="dxa"/>
          </w:tcPr>
          <w:p w14:paraId="7D2AE02B" w14:textId="77777777" w:rsidR="00190FB2" w:rsidRDefault="00190FB2"/>
        </w:tc>
        <w:tc>
          <w:tcPr>
            <w:tcW w:w="665" w:type="dxa"/>
          </w:tcPr>
          <w:p w14:paraId="70E6BF17" w14:textId="77777777" w:rsidR="00190FB2" w:rsidRDefault="00190FB2"/>
        </w:tc>
        <w:tc>
          <w:tcPr>
            <w:tcW w:w="665" w:type="dxa"/>
          </w:tcPr>
          <w:p w14:paraId="5F3DBDBB" w14:textId="77777777" w:rsidR="00190FB2" w:rsidRDefault="00190FB2"/>
        </w:tc>
        <w:tc>
          <w:tcPr>
            <w:tcW w:w="767" w:type="dxa"/>
            <w:shd w:val="clear" w:color="auto" w:fill="FFFFFF" w:themeFill="background1"/>
          </w:tcPr>
          <w:p w14:paraId="5EA489D2" w14:textId="70182464" w:rsidR="00190FB2" w:rsidRDefault="00190FB2"/>
        </w:tc>
        <w:tc>
          <w:tcPr>
            <w:tcW w:w="1161" w:type="dxa"/>
          </w:tcPr>
          <w:p w14:paraId="694823CA" w14:textId="77777777" w:rsidR="00190FB2" w:rsidRDefault="00190FB2"/>
        </w:tc>
      </w:tr>
      <w:tr w:rsidR="00B54A8B" w14:paraId="3C3532B1" w14:textId="77777777" w:rsidTr="00190FB2">
        <w:tc>
          <w:tcPr>
            <w:tcW w:w="981" w:type="dxa"/>
          </w:tcPr>
          <w:p w14:paraId="045DFB11" w14:textId="77777777" w:rsidR="00B54A8B" w:rsidRDefault="00000000">
            <w:r>
              <w:t>16:45 - 17:30</w:t>
            </w:r>
          </w:p>
        </w:tc>
        <w:tc>
          <w:tcPr>
            <w:tcW w:w="665" w:type="dxa"/>
          </w:tcPr>
          <w:p w14:paraId="247570E7" w14:textId="55FD5A56" w:rsidR="00B54A8B" w:rsidRDefault="00B54A8B"/>
        </w:tc>
        <w:tc>
          <w:tcPr>
            <w:tcW w:w="665" w:type="dxa"/>
          </w:tcPr>
          <w:p w14:paraId="48790A76" w14:textId="1F56EA4E" w:rsidR="00F3117B" w:rsidRDefault="00F3117B"/>
        </w:tc>
        <w:tc>
          <w:tcPr>
            <w:tcW w:w="665" w:type="dxa"/>
          </w:tcPr>
          <w:p w14:paraId="669321B6" w14:textId="77777777" w:rsidR="00B54A8B" w:rsidRDefault="00B54A8B"/>
        </w:tc>
        <w:tc>
          <w:tcPr>
            <w:tcW w:w="665" w:type="dxa"/>
          </w:tcPr>
          <w:p w14:paraId="358142F2" w14:textId="77777777" w:rsidR="00B54A8B" w:rsidRDefault="00B54A8B"/>
        </w:tc>
        <w:tc>
          <w:tcPr>
            <w:tcW w:w="665" w:type="dxa"/>
          </w:tcPr>
          <w:p w14:paraId="3AF2131C" w14:textId="77777777" w:rsidR="00B54A8B" w:rsidRDefault="00B54A8B"/>
        </w:tc>
        <w:tc>
          <w:tcPr>
            <w:tcW w:w="665" w:type="dxa"/>
            <w:shd w:val="clear" w:color="auto" w:fill="92D050"/>
          </w:tcPr>
          <w:p w14:paraId="73D3E0CD" w14:textId="6BBC9360" w:rsidR="00B54A8B" w:rsidRDefault="00B54A8B"/>
        </w:tc>
        <w:tc>
          <w:tcPr>
            <w:tcW w:w="665" w:type="dxa"/>
          </w:tcPr>
          <w:p w14:paraId="22640B31" w14:textId="64676D14" w:rsidR="00B54A8B" w:rsidRDefault="00B54A8B"/>
        </w:tc>
        <w:tc>
          <w:tcPr>
            <w:tcW w:w="665" w:type="dxa"/>
          </w:tcPr>
          <w:p w14:paraId="730E0DDF" w14:textId="77777777" w:rsidR="00B54A8B" w:rsidRDefault="00B54A8B"/>
        </w:tc>
        <w:tc>
          <w:tcPr>
            <w:tcW w:w="665" w:type="dxa"/>
          </w:tcPr>
          <w:p w14:paraId="7D371141" w14:textId="77777777" w:rsidR="00B54A8B" w:rsidRDefault="00B54A8B"/>
        </w:tc>
        <w:tc>
          <w:tcPr>
            <w:tcW w:w="665" w:type="dxa"/>
          </w:tcPr>
          <w:p w14:paraId="449DE486" w14:textId="77777777" w:rsidR="00B54A8B" w:rsidRDefault="00B54A8B"/>
        </w:tc>
        <w:tc>
          <w:tcPr>
            <w:tcW w:w="767" w:type="dxa"/>
            <w:shd w:val="clear" w:color="auto" w:fill="00B0F0"/>
          </w:tcPr>
          <w:p w14:paraId="7854B088" w14:textId="3C6ECBE1" w:rsidR="00B54A8B" w:rsidRDefault="00B54A8B"/>
        </w:tc>
        <w:tc>
          <w:tcPr>
            <w:tcW w:w="1161" w:type="dxa"/>
          </w:tcPr>
          <w:p w14:paraId="64055906" w14:textId="77777777" w:rsidR="00B54A8B" w:rsidRDefault="00B54A8B"/>
        </w:tc>
      </w:tr>
      <w:tr w:rsidR="00B54A8B" w14:paraId="7B47C084" w14:textId="77777777" w:rsidTr="00190FB2">
        <w:tc>
          <w:tcPr>
            <w:tcW w:w="981" w:type="dxa"/>
          </w:tcPr>
          <w:p w14:paraId="5FE67F46" w14:textId="77777777" w:rsidR="00B54A8B" w:rsidRDefault="00000000">
            <w:r>
              <w:t>17:35 - 18:20</w:t>
            </w:r>
          </w:p>
        </w:tc>
        <w:tc>
          <w:tcPr>
            <w:tcW w:w="665" w:type="dxa"/>
          </w:tcPr>
          <w:p w14:paraId="28AD8B81" w14:textId="77777777" w:rsidR="00B54A8B" w:rsidRDefault="00B54A8B"/>
        </w:tc>
        <w:tc>
          <w:tcPr>
            <w:tcW w:w="665" w:type="dxa"/>
          </w:tcPr>
          <w:p w14:paraId="24CD9CFF" w14:textId="77777777" w:rsidR="00B54A8B" w:rsidRDefault="00B54A8B"/>
        </w:tc>
        <w:tc>
          <w:tcPr>
            <w:tcW w:w="665" w:type="dxa"/>
          </w:tcPr>
          <w:p w14:paraId="7F0CA0E6" w14:textId="77777777" w:rsidR="00B54A8B" w:rsidRDefault="00B54A8B"/>
        </w:tc>
        <w:tc>
          <w:tcPr>
            <w:tcW w:w="665" w:type="dxa"/>
          </w:tcPr>
          <w:p w14:paraId="22859596" w14:textId="77777777" w:rsidR="00B54A8B" w:rsidRDefault="00B54A8B"/>
        </w:tc>
        <w:tc>
          <w:tcPr>
            <w:tcW w:w="665" w:type="dxa"/>
          </w:tcPr>
          <w:p w14:paraId="79C8630C" w14:textId="77777777" w:rsidR="00B54A8B" w:rsidRDefault="00B54A8B"/>
        </w:tc>
        <w:tc>
          <w:tcPr>
            <w:tcW w:w="665" w:type="dxa"/>
            <w:shd w:val="clear" w:color="auto" w:fill="92D050"/>
          </w:tcPr>
          <w:p w14:paraId="178CAF1C" w14:textId="77777777" w:rsidR="00B54A8B" w:rsidRDefault="00B54A8B"/>
        </w:tc>
        <w:tc>
          <w:tcPr>
            <w:tcW w:w="665" w:type="dxa"/>
          </w:tcPr>
          <w:p w14:paraId="0B268072" w14:textId="0E86246D" w:rsidR="00B54A8B" w:rsidRDefault="00B54A8B"/>
        </w:tc>
        <w:tc>
          <w:tcPr>
            <w:tcW w:w="665" w:type="dxa"/>
          </w:tcPr>
          <w:p w14:paraId="5F1A3C86" w14:textId="77777777" w:rsidR="00B54A8B" w:rsidRDefault="00B54A8B"/>
        </w:tc>
        <w:tc>
          <w:tcPr>
            <w:tcW w:w="665" w:type="dxa"/>
          </w:tcPr>
          <w:p w14:paraId="0C90D9D8" w14:textId="77777777" w:rsidR="00B54A8B" w:rsidRDefault="00B54A8B"/>
        </w:tc>
        <w:tc>
          <w:tcPr>
            <w:tcW w:w="665" w:type="dxa"/>
          </w:tcPr>
          <w:p w14:paraId="2C01DBEE" w14:textId="77777777" w:rsidR="00B54A8B" w:rsidRDefault="00B54A8B"/>
        </w:tc>
        <w:tc>
          <w:tcPr>
            <w:tcW w:w="767" w:type="dxa"/>
            <w:shd w:val="clear" w:color="auto" w:fill="00B0F0"/>
          </w:tcPr>
          <w:p w14:paraId="5E5F1698" w14:textId="1D0E7558" w:rsidR="00B54A8B" w:rsidRDefault="00B54A8B"/>
        </w:tc>
        <w:tc>
          <w:tcPr>
            <w:tcW w:w="1161" w:type="dxa"/>
          </w:tcPr>
          <w:p w14:paraId="00F2BCF5" w14:textId="77777777" w:rsidR="00B54A8B" w:rsidRDefault="00B54A8B"/>
        </w:tc>
      </w:tr>
      <w:tr w:rsidR="00B54A8B" w14:paraId="2FEFCCFE" w14:textId="77777777" w:rsidTr="004A2C58">
        <w:trPr>
          <w:trHeight w:val="620"/>
        </w:trPr>
        <w:tc>
          <w:tcPr>
            <w:tcW w:w="981" w:type="dxa"/>
          </w:tcPr>
          <w:p w14:paraId="0AB18D08" w14:textId="77777777" w:rsidR="00B54A8B" w:rsidRDefault="00000000">
            <w:r>
              <w:t>18:25 - 19:10</w:t>
            </w:r>
          </w:p>
        </w:tc>
        <w:tc>
          <w:tcPr>
            <w:tcW w:w="665" w:type="dxa"/>
          </w:tcPr>
          <w:p w14:paraId="587C1B56" w14:textId="77777777" w:rsidR="00B54A8B" w:rsidRDefault="00B54A8B"/>
        </w:tc>
        <w:tc>
          <w:tcPr>
            <w:tcW w:w="665" w:type="dxa"/>
          </w:tcPr>
          <w:p w14:paraId="2C318B42" w14:textId="77777777" w:rsidR="00B54A8B" w:rsidRDefault="00B54A8B"/>
        </w:tc>
        <w:tc>
          <w:tcPr>
            <w:tcW w:w="665" w:type="dxa"/>
          </w:tcPr>
          <w:p w14:paraId="03B834BA" w14:textId="77777777" w:rsidR="00B54A8B" w:rsidRDefault="00B54A8B"/>
        </w:tc>
        <w:tc>
          <w:tcPr>
            <w:tcW w:w="665" w:type="dxa"/>
          </w:tcPr>
          <w:p w14:paraId="4CCB7D90" w14:textId="77777777" w:rsidR="00B54A8B" w:rsidRDefault="00B54A8B"/>
        </w:tc>
        <w:tc>
          <w:tcPr>
            <w:tcW w:w="665" w:type="dxa"/>
          </w:tcPr>
          <w:p w14:paraId="359CEDC8" w14:textId="77777777" w:rsidR="00B54A8B" w:rsidRDefault="00B54A8B"/>
        </w:tc>
        <w:tc>
          <w:tcPr>
            <w:tcW w:w="665" w:type="dxa"/>
            <w:shd w:val="clear" w:color="auto" w:fill="92D050"/>
          </w:tcPr>
          <w:p w14:paraId="605ADDC8" w14:textId="77777777" w:rsidR="00B54A8B" w:rsidRDefault="00B54A8B"/>
        </w:tc>
        <w:tc>
          <w:tcPr>
            <w:tcW w:w="665" w:type="dxa"/>
          </w:tcPr>
          <w:p w14:paraId="18FB307A" w14:textId="55911667" w:rsidR="00B54A8B" w:rsidRDefault="00B54A8B"/>
        </w:tc>
        <w:tc>
          <w:tcPr>
            <w:tcW w:w="665" w:type="dxa"/>
          </w:tcPr>
          <w:p w14:paraId="777F8498" w14:textId="77777777" w:rsidR="00B54A8B" w:rsidRDefault="00B54A8B"/>
        </w:tc>
        <w:tc>
          <w:tcPr>
            <w:tcW w:w="665" w:type="dxa"/>
          </w:tcPr>
          <w:p w14:paraId="720EB7F9" w14:textId="77777777" w:rsidR="00B54A8B" w:rsidRDefault="00B54A8B"/>
        </w:tc>
        <w:tc>
          <w:tcPr>
            <w:tcW w:w="665" w:type="dxa"/>
          </w:tcPr>
          <w:p w14:paraId="39B4B5EE" w14:textId="77777777" w:rsidR="00B54A8B" w:rsidRDefault="00B54A8B"/>
        </w:tc>
        <w:tc>
          <w:tcPr>
            <w:tcW w:w="767" w:type="dxa"/>
            <w:shd w:val="clear" w:color="auto" w:fill="00B0F0"/>
          </w:tcPr>
          <w:p w14:paraId="64B449A5" w14:textId="15761E1F" w:rsidR="00B54A8B" w:rsidRPr="004A2C58" w:rsidRDefault="00B54A8B">
            <w:pPr>
              <w:rPr>
                <w:highlight w:val="blue"/>
              </w:rPr>
            </w:pPr>
          </w:p>
        </w:tc>
        <w:tc>
          <w:tcPr>
            <w:tcW w:w="1161" w:type="dxa"/>
          </w:tcPr>
          <w:p w14:paraId="737A2524" w14:textId="77777777" w:rsidR="00B54A8B" w:rsidRPr="004A2C58" w:rsidRDefault="00B54A8B">
            <w:pPr>
              <w:rPr>
                <w:highlight w:val="blue"/>
              </w:rPr>
            </w:pPr>
          </w:p>
        </w:tc>
      </w:tr>
      <w:tr w:rsidR="00C72680" w14:paraId="39FD2412" w14:textId="77777777" w:rsidTr="00B24BD0">
        <w:tc>
          <w:tcPr>
            <w:tcW w:w="981" w:type="dxa"/>
          </w:tcPr>
          <w:p w14:paraId="1D97E9F1" w14:textId="77777777" w:rsidR="00C72680" w:rsidRDefault="00C72680" w:rsidP="00C72680">
            <w:r>
              <w:t>19:15 - 20:00</w:t>
            </w:r>
          </w:p>
        </w:tc>
        <w:tc>
          <w:tcPr>
            <w:tcW w:w="665" w:type="dxa"/>
          </w:tcPr>
          <w:p w14:paraId="67F688D5" w14:textId="77777777" w:rsidR="00C72680" w:rsidRDefault="00C72680" w:rsidP="00C72680"/>
        </w:tc>
        <w:tc>
          <w:tcPr>
            <w:tcW w:w="665" w:type="dxa"/>
          </w:tcPr>
          <w:p w14:paraId="77EC3BC0" w14:textId="77777777" w:rsidR="00C72680" w:rsidRDefault="00C72680" w:rsidP="00C72680"/>
        </w:tc>
        <w:tc>
          <w:tcPr>
            <w:tcW w:w="665" w:type="dxa"/>
          </w:tcPr>
          <w:p w14:paraId="3CBD35ED" w14:textId="77777777" w:rsidR="00C72680" w:rsidRDefault="00C72680" w:rsidP="00C72680"/>
        </w:tc>
        <w:tc>
          <w:tcPr>
            <w:tcW w:w="665" w:type="dxa"/>
          </w:tcPr>
          <w:p w14:paraId="41CAA4A2" w14:textId="77777777" w:rsidR="00C72680" w:rsidRDefault="00C72680" w:rsidP="00C72680"/>
        </w:tc>
        <w:tc>
          <w:tcPr>
            <w:tcW w:w="665" w:type="dxa"/>
          </w:tcPr>
          <w:p w14:paraId="161AA509" w14:textId="77777777" w:rsidR="00C72680" w:rsidRDefault="00C72680" w:rsidP="00C72680"/>
        </w:tc>
        <w:tc>
          <w:tcPr>
            <w:tcW w:w="665" w:type="dxa"/>
            <w:shd w:val="clear" w:color="auto" w:fill="92D050"/>
          </w:tcPr>
          <w:p w14:paraId="1739F701" w14:textId="77777777" w:rsidR="00C72680" w:rsidRDefault="00C72680" w:rsidP="00C72680"/>
        </w:tc>
        <w:tc>
          <w:tcPr>
            <w:tcW w:w="665" w:type="dxa"/>
          </w:tcPr>
          <w:p w14:paraId="25C5A5B3" w14:textId="75059CA4" w:rsidR="00C72680" w:rsidRDefault="00C72680" w:rsidP="00C72680"/>
        </w:tc>
        <w:tc>
          <w:tcPr>
            <w:tcW w:w="665" w:type="dxa"/>
          </w:tcPr>
          <w:p w14:paraId="2A7290AE" w14:textId="77777777" w:rsidR="00C72680" w:rsidRDefault="00C72680" w:rsidP="00C72680"/>
        </w:tc>
        <w:tc>
          <w:tcPr>
            <w:tcW w:w="665" w:type="dxa"/>
          </w:tcPr>
          <w:p w14:paraId="08253616" w14:textId="77777777" w:rsidR="00C72680" w:rsidRDefault="00C72680" w:rsidP="00C72680"/>
        </w:tc>
        <w:tc>
          <w:tcPr>
            <w:tcW w:w="665" w:type="dxa"/>
          </w:tcPr>
          <w:p w14:paraId="1698996D" w14:textId="77777777" w:rsidR="00C72680" w:rsidRDefault="00C72680" w:rsidP="00C72680"/>
        </w:tc>
        <w:tc>
          <w:tcPr>
            <w:tcW w:w="767" w:type="dxa"/>
            <w:shd w:val="clear" w:color="auto" w:fill="00B0F0"/>
          </w:tcPr>
          <w:p w14:paraId="77429D3F" w14:textId="66D679D8" w:rsidR="00C72680" w:rsidRPr="004A2C58" w:rsidRDefault="00C72680" w:rsidP="00C72680">
            <w:pPr>
              <w:rPr>
                <w:highlight w:val="blue"/>
              </w:rPr>
            </w:pPr>
          </w:p>
        </w:tc>
        <w:tc>
          <w:tcPr>
            <w:tcW w:w="1161" w:type="dxa"/>
          </w:tcPr>
          <w:p w14:paraId="519771FF" w14:textId="77777777" w:rsidR="00C72680" w:rsidRPr="004A2C58" w:rsidRDefault="00C72680" w:rsidP="00C72680">
            <w:pPr>
              <w:rPr>
                <w:highlight w:val="blue"/>
              </w:rPr>
            </w:pPr>
          </w:p>
        </w:tc>
      </w:tr>
      <w:tr w:rsidR="00C72680" w14:paraId="207829CE" w14:textId="77777777" w:rsidTr="00B24BD0">
        <w:tc>
          <w:tcPr>
            <w:tcW w:w="981" w:type="dxa"/>
          </w:tcPr>
          <w:p w14:paraId="3F5D979D" w14:textId="77777777" w:rsidR="00C72680" w:rsidRDefault="00C72680" w:rsidP="00C72680">
            <w:r>
              <w:t>20:05 - 20:50</w:t>
            </w:r>
          </w:p>
        </w:tc>
        <w:tc>
          <w:tcPr>
            <w:tcW w:w="665" w:type="dxa"/>
          </w:tcPr>
          <w:p w14:paraId="048E2A0C" w14:textId="77777777" w:rsidR="00C72680" w:rsidRDefault="00C72680" w:rsidP="00C72680"/>
        </w:tc>
        <w:tc>
          <w:tcPr>
            <w:tcW w:w="665" w:type="dxa"/>
          </w:tcPr>
          <w:p w14:paraId="5CEFB0D3" w14:textId="77777777" w:rsidR="00C72680" w:rsidRDefault="00C72680" w:rsidP="00C72680"/>
        </w:tc>
        <w:tc>
          <w:tcPr>
            <w:tcW w:w="665" w:type="dxa"/>
          </w:tcPr>
          <w:p w14:paraId="725F7DC5" w14:textId="77777777" w:rsidR="00C72680" w:rsidRDefault="00C72680" w:rsidP="00C72680"/>
        </w:tc>
        <w:tc>
          <w:tcPr>
            <w:tcW w:w="665" w:type="dxa"/>
          </w:tcPr>
          <w:p w14:paraId="5468D6B7" w14:textId="77777777" w:rsidR="00C72680" w:rsidRDefault="00C72680" w:rsidP="00C72680"/>
        </w:tc>
        <w:tc>
          <w:tcPr>
            <w:tcW w:w="665" w:type="dxa"/>
          </w:tcPr>
          <w:p w14:paraId="550216E7" w14:textId="77777777" w:rsidR="00C72680" w:rsidRDefault="00C72680" w:rsidP="00C72680"/>
        </w:tc>
        <w:tc>
          <w:tcPr>
            <w:tcW w:w="665" w:type="dxa"/>
            <w:shd w:val="clear" w:color="auto" w:fill="92D050"/>
          </w:tcPr>
          <w:p w14:paraId="4C356F63" w14:textId="77777777" w:rsidR="00C72680" w:rsidRDefault="00C72680" w:rsidP="00C72680"/>
        </w:tc>
        <w:tc>
          <w:tcPr>
            <w:tcW w:w="665" w:type="dxa"/>
          </w:tcPr>
          <w:p w14:paraId="38FF1024" w14:textId="145DE75F" w:rsidR="00C72680" w:rsidRDefault="00C72680" w:rsidP="00C72680"/>
        </w:tc>
        <w:tc>
          <w:tcPr>
            <w:tcW w:w="665" w:type="dxa"/>
          </w:tcPr>
          <w:p w14:paraId="2C1B137D" w14:textId="77777777" w:rsidR="00C72680" w:rsidRDefault="00C72680" w:rsidP="00C72680"/>
        </w:tc>
        <w:tc>
          <w:tcPr>
            <w:tcW w:w="665" w:type="dxa"/>
          </w:tcPr>
          <w:p w14:paraId="25C77728" w14:textId="77777777" w:rsidR="00C72680" w:rsidRDefault="00C72680" w:rsidP="00C72680"/>
        </w:tc>
        <w:tc>
          <w:tcPr>
            <w:tcW w:w="665" w:type="dxa"/>
          </w:tcPr>
          <w:p w14:paraId="7032FDB7" w14:textId="77777777" w:rsidR="00C72680" w:rsidRDefault="00C72680" w:rsidP="00C72680"/>
        </w:tc>
        <w:tc>
          <w:tcPr>
            <w:tcW w:w="767" w:type="dxa"/>
            <w:shd w:val="clear" w:color="auto" w:fill="00B0F0"/>
          </w:tcPr>
          <w:p w14:paraId="6F3C3A8E" w14:textId="0986950E" w:rsidR="00C72680" w:rsidRPr="004A2C58" w:rsidRDefault="00C72680" w:rsidP="00C72680">
            <w:pPr>
              <w:rPr>
                <w:highlight w:val="blue"/>
              </w:rPr>
            </w:pPr>
          </w:p>
        </w:tc>
        <w:tc>
          <w:tcPr>
            <w:tcW w:w="1161" w:type="dxa"/>
          </w:tcPr>
          <w:p w14:paraId="749F5B22" w14:textId="77777777" w:rsidR="00C72680" w:rsidRDefault="00C72680" w:rsidP="00C72680"/>
        </w:tc>
      </w:tr>
    </w:tbl>
    <w:p w14:paraId="3CE88074" w14:textId="77777777" w:rsidR="00B54A8B" w:rsidRDefault="00000000">
      <w:pPr>
        <w:pStyle w:val="Nagwek2"/>
      </w:pPr>
      <w:r>
        <w:t>ŚRODA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1"/>
        <w:gridCol w:w="665"/>
        <w:gridCol w:w="665"/>
        <w:gridCol w:w="665"/>
        <w:gridCol w:w="755"/>
        <w:gridCol w:w="665"/>
        <w:gridCol w:w="665"/>
        <w:gridCol w:w="665"/>
        <w:gridCol w:w="780"/>
        <w:gridCol w:w="665"/>
        <w:gridCol w:w="767"/>
        <w:gridCol w:w="1161"/>
      </w:tblGrid>
      <w:tr w:rsidR="00190FB2" w14:paraId="64A873D4" w14:textId="77777777" w:rsidTr="00190FB2">
        <w:tc>
          <w:tcPr>
            <w:tcW w:w="981" w:type="dxa"/>
          </w:tcPr>
          <w:p w14:paraId="3E94B9F5" w14:textId="77777777" w:rsidR="00190FB2" w:rsidRDefault="00190FB2">
            <w:proofErr w:type="spellStart"/>
            <w:r>
              <w:t>Godzina</w:t>
            </w:r>
            <w:proofErr w:type="spellEnd"/>
            <w:r>
              <w:t xml:space="preserve"> </w:t>
            </w:r>
            <w:proofErr w:type="spellStart"/>
            <w:r>
              <w:t>zajęć</w:t>
            </w:r>
            <w:proofErr w:type="spellEnd"/>
          </w:p>
        </w:tc>
        <w:tc>
          <w:tcPr>
            <w:tcW w:w="665" w:type="dxa"/>
          </w:tcPr>
          <w:p w14:paraId="6AAEC158" w14:textId="77777777" w:rsidR="00190FB2" w:rsidRDefault="00190FB2">
            <w:r>
              <w:t>OD</w:t>
            </w:r>
          </w:p>
        </w:tc>
        <w:tc>
          <w:tcPr>
            <w:tcW w:w="665" w:type="dxa"/>
          </w:tcPr>
          <w:p w14:paraId="4D3C48E6" w14:textId="77777777" w:rsidR="00190FB2" w:rsidRDefault="00190FB2">
            <w:r>
              <w:t>I SP A</w:t>
            </w:r>
          </w:p>
        </w:tc>
        <w:tc>
          <w:tcPr>
            <w:tcW w:w="665" w:type="dxa"/>
          </w:tcPr>
          <w:p w14:paraId="614D0CA7" w14:textId="77777777" w:rsidR="00190FB2" w:rsidRDefault="00190FB2">
            <w:r>
              <w:t>II SP</w:t>
            </w:r>
          </w:p>
        </w:tc>
        <w:tc>
          <w:tcPr>
            <w:tcW w:w="755" w:type="dxa"/>
          </w:tcPr>
          <w:p w14:paraId="63EB41E6" w14:textId="77777777" w:rsidR="00190FB2" w:rsidRDefault="00190FB2">
            <w:r>
              <w:t>III SP</w:t>
            </w:r>
          </w:p>
        </w:tc>
        <w:tc>
          <w:tcPr>
            <w:tcW w:w="665" w:type="dxa"/>
          </w:tcPr>
          <w:p w14:paraId="534C0F96" w14:textId="251AC3B2" w:rsidR="00190FB2" w:rsidRDefault="00190FB2">
            <w:r>
              <w:t>IV SP</w:t>
            </w:r>
          </w:p>
        </w:tc>
        <w:tc>
          <w:tcPr>
            <w:tcW w:w="665" w:type="dxa"/>
          </w:tcPr>
          <w:p w14:paraId="27FED113" w14:textId="77777777" w:rsidR="00190FB2" w:rsidRDefault="00190FB2">
            <w:r>
              <w:t>V SP A</w:t>
            </w:r>
          </w:p>
        </w:tc>
        <w:tc>
          <w:tcPr>
            <w:tcW w:w="665" w:type="dxa"/>
          </w:tcPr>
          <w:p w14:paraId="75A788BC" w14:textId="77777777" w:rsidR="00190FB2" w:rsidRDefault="00190FB2">
            <w:r>
              <w:t>V SP B</w:t>
            </w:r>
          </w:p>
        </w:tc>
        <w:tc>
          <w:tcPr>
            <w:tcW w:w="780" w:type="dxa"/>
          </w:tcPr>
          <w:p w14:paraId="37359566" w14:textId="77777777" w:rsidR="00190FB2" w:rsidRDefault="00190FB2">
            <w:r>
              <w:t>VI - VII SP</w:t>
            </w:r>
          </w:p>
        </w:tc>
        <w:tc>
          <w:tcPr>
            <w:tcW w:w="665" w:type="dxa"/>
          </w:tcPr>
          <w:p w14:paraId="1DB142B3" w14:textId="77777777" w:rsidR="00190FB2" w:rsidRDefault="00190FB2">
            <w:r>
              <w:t>VIII SP</w:t>
            </w:r>
          </w:p>
        </w:tc>
        <w:tc>
          <w:tcPr>
            <w:tcW w:w="767" w:type="dxa"/>
          </w:tcPr>
          <w:p w14:paraId="34587BEF" w14:textId="77777777" w:rsidR="00190FB2" w:rsidRDefault="00190FB2">
            <w:r>
              <w:t>grupa LO</w:t>
            </w:r>
          </w:p>
        </w:tc>
        <w:tc>
          <w:tcPr>
            <w:tcW w:w="1161" w:type="dxa"/>
          </w:tcPr>
          <w:p w14:paraId="41974E6D" w14:textId="77777777" w:rsidR="00190FB2" w:rsidRDefault="00190FB2">
            <w:r>
              <w:t>biblioteka</w:t>
            </w:r>
          </w:p>
        </w:tc>
      </w:tr>
      <w:tr w:rsidR="00190FB2" w14:paraId="3CC8DF17" w14:textId="77777777" w:rsidTr="00F62CD6">
        <w:trPr>
          <w:trHeight w:val="1211"/>
        </w:trPr>
        <w:tc>
          <w:tcPr>
            <w:tcW w:w="981" w:type="dxa"/>
          </w:tcPr>
          <w:p w14:paraId="0567C2A0" w14:textId="4C16D500" w:rsidR="00190FB2" w:rsidRDefault="00190FB2">
            <w:r>
              <w:t>9:00 – 12:00</w:t>
            </w:r>
          </w:p>
        </w:tc>
        <w:tc>
          <w:tcPr>
            <w:tcW w:w="665" w:type="dxa"/>
            <w:shd w:val="clear" w:color="auto" w:fill="F79646" w:themeFill="accent6"/>
          </w:tcPr>
          <w:p w14:paraId="78A21936" w14:textId="006CDF3B" w:rsidR="00190FB2" w:rsidRDefault="00190FB2"/>
        </w:tc>
        <w:tc>
          <w:tcPr>
            <w:tcW w:w="665" w:type="dxa"/>
          </w:tcPr>
          <w:p w14:paraId="7DAE2972" w14:textId="77777777" w:rsidR="00190FB2" w:rsidRDefault="00190FB2"/>
        </w:tc>
        <w:tc>
          <w:tcPr>
            <w:tcW w:w="665" w:type="dxa"/>
          </w:tcPr>
          <w:p w14:paraId="1D78EBEF" w14:textId="77777777" w:rsidR="00190FB2" w:rsidRDefault="00190FB2"/>
        </w:tc>
        <w:tc>
          <w:tcPr>
            <w:tcW w:w="755" w:type="dxa"/>
          </w:tcPr>
          <w:p w14:paraId="42FFEA7E" w14:textId="77777777" w:rsidR="00190FB2" w:rsidRDefault="00190FB2"/>
        </w:tc>
        <w:tc>
          <w:tcPr>
            <w:tcW w:w="665" w:type="dxa"/>
          </w:tcPr>
          <w:p w14:paraId="6ED3C63A" w14:textId="77777777" w:rsidR="00190FB2" w:rsidRDefault="00190FB2"/>
        </w:tc>
        <w:tc>
          <w:tcPr>
            <w:tcW w:w="665" w:type="dxa"/>
          </w:tcPr>
          <w:p w14:paraId="4D6892D6" w14:textId="77777777" w:rsidR="00190FB2" w:rsidRDefault="00190FB2"/>
        </w:tc>
        <w:tc>
          <w:tcPr>
            <w:tcW w:w="665" w:type="dxa"/>
          </w:tcPr>
          <w:p w14:paraId="3FD5E7A5" w14:textId="77777777" w:rsidR="00190FB2" w:rsidRDefault="00190FB2"/>
        </w:tc>
        <w:tc>
          <w:tcPr>
            <w:tcW w:w="780" w:type="dxa"/>
          </w:tcPr>
          <w:p w14:paraId="0C247EDC" w14:textId="77777777" w:rsidR="00190FB2" w:rsidRDefault="00190FB2"/>
        </w:tc>
        <w:tc>
          <w:tcPr>
            <w:tcW w:w="665" w:type="dxa"/>
          </w:tcPr>
          <w:p w14:paraId="6F237032" w14:textId="77777777" w:rsidR="00190FB2" w:rsidRDefault="00190FB2"/>
        </w:tc>
        <w:tc>
          <w:tcPr>
            <w:tcW w:w="767" w:type="dxa"/>
          </w:tcPr>
          <w:p w14:paraId="3D9429CC" w14:textId="77777777" w:rsidR="00190FB2" w:rsidRDefault="00190FB2"/>
        </w:tc>
        <w:tc>
          <w:tcPr>
            <w:tcW w:w="1161" w:type="dxa"/>
          </w:tcPr>
          <w:p w14:paraId="781445DB" w14:textId="77777777" w:rsidR="00190FB2" w:rsidRDefault="00190FB2"/>
        </w:tc>
      </w:tr>
      <w:tr w:rsidR="00190FB2" w14:paraId="750A65AE" w14:textId="77777777" w:rsidTr="00190FB2">
        <w:tc>
          <w:tcPr>
            <w:tcW w:w="981" w:type="dxa"/>
          </w:tcPr>
          <w:p w14:paraId="2D7069C1" w14:textId="77777777" w:rsidR="00190FB2" w:rsidRDefault="00190FB2">
            <w:r>
              <w:t>12:20 - 13:05</w:t>
            </w:r>
          </w:p>
        </w:tc>
        <w:tc>
          <w:tcPr>
            <w:tcW w:w="665" w:type="dxa"/>
          </w:tcPr>
          <w:p w14:paraId="4C95CD81" w14:textId="77777777" w:rsidR="00190FB2" w:rsidRDefault="00190FB2"/>
        </w:tc>
        <w:tc>
          <w:tcPr>
            <w:tcW w:w="665" w:type="dxa"/>
            <w:shd w:val="clear" w:color="auto" w:fill="92D050"/>
          </w:tcPr>
          <w:p w14:paraId="29F9B724" w14:textId="3E5FE8A5" w:rsidR="00190FB2" w:rsidRDefault="00190FB2"/>
        </w:tc>
        <w:tc>
          <w:tcPr>
            <w:tcW w:w="665" w:type="dxa"/>
          </w:tcPr>
          <w:p w14:paraId="7B9E52AD" w14:textId="77777777" w:rsidR="00190FB2" w:rsidRDefault="00190FB2"/>
        </w:tc>
        <w:tc>
          <w:tcPr>
            <w:tcW w:w="755" w:type="dxa"/>
            <w:shd w:val="clear" w:color="auto" w:fill="EE0000"/>
          </w:tcPr>
          <w:p w14:paraId="03D6ABF7" w14:textId="6540807C" w:rsidR="00190FB2" w:rsidRPr="00BA721E" w:rsidRDefault="00190FB2"/>
        </w:tc>
        <w:tc>
          <w:tcPr>
            <w:tcW w:w="665" w:type="dxa"/>
          </w:tcPr>
          <w:p w14:paraId="5D8FD29C" w14:textId="77777777" w:rsidR="00190FB2" w:rsidRDefault="00190FB2"/>
        </w:tc>
        <w:tc>
          <w:tcPr>
            <w:tcW w:w="665" w:type="dxa"/>
          </w:tcPr>
          <w:p w14:paraId="718F8721" w14:textId="77777777" w:rsidR="00190FB2" w:rsidRDefault="00190FB2"/>
        </w:tc>
        <w:tc>
          <w:tcPr>
            <w:tcW w:w="665" w:type="dxa"/>
          </w:tcPr>
          <w:p w14:paraId="2A4002BD" w14:textId="77777777" w:rsidR="00190FB2" w:rsidRDefault="00190FB2"/>
        </w:tc>
        <w:tc>
          <w:tcPr>
            <w:tcW w:w="780" w:type="dxa"/>
          </w:tcPr>
          <w:p w14:paraId="74B5C8F9" w14:textId="77777777" w:rsidR="00190FB2" w:rsidRDefault="00190FB2"/>
        </w:tc>
        <w:tc>
          <w:tcPr>
            <w:tcW w:w="665" w:type="dxa"/>
          </w:tcPr>
          <w:p w14:paraId="7CEC011F" w14:textId="77777777" w:rsidR="00190FB2" w:rsidRDefault="00190FB2"/>
        </w:tc>
        <w:tc>
          <w:tcPr>
            <w:tcW w:w="767" w:type="dxa"/>
          </w:tcPr>
          <w:p w14:paraId="04F40E75" w14:textId="77777777" w:rsidR="00190FB2" w:rsidRDefault="00190FB2"/>
        </w:tc>
        <w:tc>
          <w:tcPr>
            <w:tcW w:w="1161" w:type="dxa"/>
          </w:tcPr>
          <w:p w14:paraId="21DB4C4A" w14:textId="77777777" w:rsidR="00190FB2" w:rsidRDefault="00190FB2"/>
        </w:tc>
      </w:tr>
      <w:tr w:rsidR="00190FB2" w14:paraId="182B9E76" w14:textId="77777777" w:rsidTr="00190FB2">
        <w:tc>
          <w:tcPr>
            <w:tcW w:w="981" w:type="dxa"/>
          </w:tcPr>
          <w:p w14:paraId="2AEBCA42" w14:textId="77777777" w:rsidR="00190FB2" w:rsidRDefault="00190FB2">
            <w:r>
              <w:t>13:10 - 13:55</w:t>
            </w:r>
          </w:p>
        </w:tc>
        <w:tc>
          <w:tcPr>
            <w:tcW w:w="665" w:type="dxa"/>
          </w:tcPr>
          <w:p w14:paraId="32BB1E2B" w14:textId="77777777" w:rsidR="00190FB2" w:rsidRDefault="00190FB2"/>
        </w:tc>
        <w:tc>
          <w:tcPr>
            <w:tcW w:w="665" w:type="dxa"/>
            <w:shd w:val="clear" w:color="auto" w:fill="92D050"/>
          </w:tcPr>
          <w:p w14:paraId="4F812971" w14:textId="26E4D323" w:rsidR="00190FB2" w:rsidRDefault="00190FB2"/>
        </w:tc>
        <w:tc>
          <w:tcPr>
            <w:tcW w:w="665" w:type="dxa"/>
          </w:tcPr>
          <w:p w14:paraId="41643E39" w14:textId="77777777" w:rsidR="00190FB2" w:rsidRDefault="00190FB2"/>
        </w:tc>
        <w:tc>
          <w:tcPr>
            <w:tcW w:w="755" w:type="dxa"/>
            <w:shd w:val="clear" w:color="auto" w:fill="EE0000"/>
          </w:tcPr>
          <w:p w14:paraId="3DB3DD36" w14:textId="648A288F" w:rsidR="00190FB2" w:rsidRPr="00190FB2" w:rsidRDefault="00BA721E">
            <w:pPr>
              <w:rPr>
                <w:color w:val="EE0000"/>
              </w:rPr>
            </w:pPr>
            <w:r>
              <w:rPr>
                <w:color w:val="EE0000"/>
              </w:rPr>
              <w:t>K</w:t>
            </w:r>
          </w:p>
        </w:tc>
        <w:tc>
          <w:tcPr>
            <w:tcW w:w="665" w:type="dxa"/>
          </w:tcPr>
          <w:p w14:paraId="383A258D" w14:textId="77777777" w:rsidR="00190FB2" w:rsidRDefault="00190FB2"/>
        </w:tc>
        <w:tc>
          <w:tcPr>
            <w:tcW w:w="665" w:type="dxa"/>
          </w:tcPr>
          <w:p w14:paraId="29BF7042" w14:textId="77777777" w:rsidR="00190FB2" w:rsidRDefault="00190FB2"/>
        </w:tc>
        <w:tc>
          <w:tcPr>
            <w:tcW w:w="665" w:type="dxa"/>
          </w:tcPr>
          <w:p w14:paraId="30426C3E" w14:textId="77777777" w:rsidR="00190FB2" w:rsidRDefault="00190FB2"/>
        </w:tc>
        <w:tc>
          <w:tcPr>
            <w:tcW w:w="780" w:type="dxa"/>
          </w:tcPr>
          <w:p w14:paraId="7F3F5F4F" w14:textId="77777777" w:rsidR="00190FB2" w:rsidRDefault="00190FB2"/>
        </w:tc>
        <w:tc>
          <w:tcPr>
            <w:tcW w:w="665" w:type="dxa"/>
          </w:tcPr>
          <w:p w14:paraId="3D386345" w14:textId="77777777" w:rsidR="00190FB2" w:rsidRDefault="00190FB2"/>
        </w:tc>
        <w:tc>
          <w:tcPr>
            <w:tcW w:w="767" w:type="dxa"/>
          </w:tcPr>
          <w:p w14:paraId="3745146D" w14:textId="77777777" w:rsidR="00190FB2" w:rsidRDefault="00190FB2"/>
        </w:tc>
        <w:tc>
          <w:tcPr>
            <w:tcW w:w="1161" w:type="dxa"/>
          </w:tcPr>
          <w:p w14:paraId="702D6293" w14:textId="77777777" w:rsidR="00190FB2" w:rsidRDefault="00190FB2"/>
        </w:tc>
      </w:tr>
      <w:tr w:rsidR="00190FB2" w14:paraId="3F01B296" w14:textId="77777777" w:rsidTr="00190FB2">
        <w:tc>
          <w:tcPr>
            <w:tcW w:w="981" w:type="dxa"/>
          </w:tcPr>
          <w:p w14:paraId="5C6ACE7C" w14:textId="77777777" w:rsidR="00190FB2" w:rsidRDefault="00190FB2">
            <w:r>
              <w:t>14:00 - 14:45</w:t>
            </w:r>
          </w:p>
        </w:tc>
        <w:tc>
          <w:tcPr>
            <w:tcW w:w="665" w:type="dxa"/>
          </w:tcPr>
          <w:p w14:paraId="08805F0A" w14:textId="77777777" w:rsidR="00190FB2" w:rsidRDefault="00190FB2"/>
        </w:tc>
        <w:tc>
          <w:tcPr>
            <w:tcW w:w="665" w:type="dxa"/>
            <w:shd w:val="clear" w:color="auto" w:fill="92D050"/>
          </w:tcPr>
          <w:p w14:paraId="3FCABD01" w14:textId="58D368E5" w:rsidR="00190FB2" w:rsidRDefault="00190FB2"/>
        </w:tc>
        <w:tc>
          <w:tcPr>
            <w:tcW w:w="665" w:type="dxa"/>
          </w:tcPr>
          <w:p w14:paraId="20A242CD" w14:textId="77777777" w:rsidR="00190FB2" w:rsidRDefault="00190FB2"/>
        </w:tc>
        <w:tc>
          <w:tcPr>
            <w:tcW w:w="755" w:type="dxa"/>
            <w:shd w:val="clear" w:color="auto" w:fill="EE0000"/>
          </w:tcPr>
          <w:p w14:paraId="0BE97CCE" w14:textId="34D64A8C" w:rsidR="00190FB2" w:rsidRPr="00190FB2" w:rsidRDefault="00190FB2">
            <w:pPr>
              <w:rPr>
                <w:color w:val="EE0000"/>
              </w:rPr>
            </w:pPr>
          </w:p>
        </w:tc>
        <w:tc>
          <w:tcPr>
            <w:tcW w:w="665" w:type="dxa"/>
          </w:tcPr>
          <w:p w14:paraId="1765A582" w14:textId="77777777" w:rsidR="00190FB2" w:rsidRDefault="00190FB2"/>
        </w:tc>
        <w:tc>
          <w:tcPr>
            <w:tcW w:w="665" w:type="dxa"/>
          </w:tcPr>
          <w:p w14:paraId="318B2852" w14:textId="77777777" w:rsidR="00190FB2" w:rsidRDefault="00190FB2"/>
        </w:tc>
        <w:tc>
          <w:tcPr>
            <w:tcW w:w="665" w:type="dxa"/>
          </w:tcPr>
          <w:p w14:paraId="42969F31" w14:textId="77777777" w:rsidR="00190FB2" w:rsidRDefault="00190FB2"/>
        </w:tc>
        <w:tc>
          <w:tcPr>
            <w:tcW w:w="780" w:type="dxa"/>
          </w:tcPr>
          <w:p w14:paraId="2765E6A1" w14:textId="77777777" w:rsidR="00190FB2" w:rsidRDefault="00190FB2"/>
        </w:tc>
        <w:tc>
          <w:tcPr>
            <w:tcW w:w="665" w:type="dxa"/>
          </w:tcPr>
          <w:p w14:paraId="0B4D8170" w14:textId="77777777" w:rsidR="00190FB2" w:rsidRDefault="00190FB2"/>
        </w:tc>
        <w:tc>
          <w:tcPr>
            <w:tcW w:w="767" w:type="dxa"/>
          </w:tcPr>
          <w:p w14:paraId="376B5C16" w14:textId="77777777" w:rsidR="00190FB2" w:rsidRDefault="00190FB2"/>
        </w:tc>
        <w:tc>
          <w:tcPr>
            <w:tcW w:w="1161" w:type="dxa"/>
          </w:tcPr>
          <w:p w14:paraId="2CB88CE3" w14:textId="77777777" w:rsidR="00190FB2" w:rsidRDefault="00190FB2"/>
        </w:tc>
      </w:tr>
      <w:tr w:rsidR="00190FB2" w14:paraId="1B60BB44" w14:textId="77777777" w:rsidTr="00190FB2">
        <w:tc>
          <w:tcPr>
            <w:tcW w:w="981" w:type="dxa"/>
          </w:tcPr>
          <w:p w14:paraId="3F2D0154" w14:textId="77777777" w:rsidR="00190FB2" w:rsidRDefault="00190FB2">
            <w:r>
              <w:t>14:50 - 15:35</w:t>
            </w:r>
          </w:p>
        </w:tc>
        <w:tc>
          <w:tcPr>
            <w:tcW w:w="665" w:type="dxa"/>
          </w:tcPr>
          <w:p w14:paraId="3C98CF61" w14:textId="77777777" w:rsidR="00190FB2" w:rsidRDefault="00190FB2"/>
        </w:tc>
        <w:tc>
          <w:tcPr>
            <w:tcW w:w="665" w:type="dxa"/>
            <w:shd w:val="clear" w:color="auto" w:fill="92D050"/>
          </w:tcPr>
          <w:p w14:paraId="4D588A3D" w14:textId="3134FB10" w:rsidR="00190FB2" w:rsidRDefault="00190FB2"/>
        </w:tc>
        <w:tc>
          <w:tcPr>
            <w:tcW w:w="665" w:type="dxa"/>
          </w:tcPr>
          <w:p w14:paraId="44A5CBDA" w14:textId="77777777" w:rsidR="00190FB2" w:rsidRDefault="00190FB2"/>
        </w:tc>
        <w:tc>
          <w:tcPr>
            <w:tcW w:w="755" w:type="dxa"/>
            <w:shd w:val="clear" w:color="auto" w:fill="EE0000"/>
          </w:tcPr>
          <w:p w14:paraId="278A49F5" w14:textId="62837260" w:rsidR="00190FB2" w:rsidRPr="00190FB2" w:rsidRDefault="00190FB2">
            <w:pPr>
              <w:rPr>
                <w:color w:val="EE0000"/>
              </w:rPr>
            </w:pPr>
          </w:p>
        </w:tc>
        <w:tc>
          <w:tcPr>
            <w:tcW w:w="665" w:type="dxa"/>
          </w:tcPr>
          <w:p w14:paraId="7F43F4B9" w14:textId="77777777" w:rsidR="00190FB2" w:rsidRDefault="00190FB2"/>
        </w:tc>
        <w:tc>
          <w:tcPr>
            <w:tcW w:w="665" w:type="dxa"/>
          </w:tcPr>
          <w:p w14:paraId="6D104A4D" w14:textId="77777777" w:rsidR="00190FB2" w:rsidRDefault="00190FB2"/>
        </w:tc>
        <w:tc>
          <w:tcPr>
            <w:tcW w:w="665" w:type="dxa"/>
          </w:tcPr>
          <w:p w14:paraId="24FF57CC" w14:textId="77777777" w:rsidR="00190FB2" w:rsidRDefault="00190FB2"/>
        </w:tc>
        <w:tc>
          <w:tcPr>
            <w:tcW w:w="780" w:type="dxa"/>
          </w:tcPr>
          <w:p w14:paraId="72D7EF45" w14:textId="77777777" w:rsidR="00190FB2" w:rsidRDefault="00190FB2"/>
        </w:tc>
        <w:tc>
          <w:tcPr>
            <w:tcW w:w="665" w:type="dxa"/>
          </w:tcPr>
          <w:p w14:paraId="610312D1" w14:textId="77777777" w:rsidR="00190FB2" w:rsidRDefault="00190FB2"/>
        </w:tc>
        <w:tc>
          <w:tcPr>
            <w:tcW w:w="767" w:type="dxa"/>
          </w:tcPr>
          <w:p w14:paraId="4DF5B35E" w14:textId="77777777" w:rsidR="00190FB2" w:rsidRDefault="00190FB2"/>
        </w:tc>
        <w:tc>
          <w:tcPr>
            <w:tcW w:w="1161" w:type="dxa"/>
          </w:tcPr>
          <w:p w14:paraId="65EEF603" w14:textId="77777777" w:rsidR="00190FB2" w:rsidRDefault="00190FB2"/>
        </w:tc>
      </w:tr>
      <w:tr w:rsidR="00190FB2" w14:paraId="51D44BBC" w14:textId="77777777" w:rsidTr="00F62CD6">
        <w:tc>
          <w:tcPr>
            <w:tcW w:w="981" w:type="dxa"/>
          </w:tcPr>
          <w:p w14:paraId="68FCE1F0" w14:textId="77777777" w:rsidR="00190FB2" w:rsidRDefault="00190FB2">
            <w:r>
              <w:t>15:40 - 16:25</w:t>
            </w:r>
          </w:p>
        </w:tc>
        <w:tc>
          <w:tcPr>
            <w:tcW w:w="665" w:type="dxa"/>
          </w:tcPr>
          <w:p w14:paraId="4874A3E8" w14:textId="77777777" w:rsidR="00190FB2" w:rsidRDefault="00190FB2"/>
        </w:tc>
        <w:tc>
          <w:tcPr>
            <w:tcW w:w="665" w:type="dxa"/>
          </w:tcPr>
          <w:p w14:paraId="3DC0CE74" w14:textId="77777777" w:rsidR="00190FB2" w:rsidRDefault="00190FB2"/>
        </w:tc>
        <w:tc>
          <w:tcPr>
            <w:tcW w:w="665" w:type="dxa"/>
            <w:shd w:val="clear" w:color="auto" w:fill="92D050"/>
          </w:tcPr>
          <w:p w14:paraId="7639F4F1" w14:textId="768DF0E8" w:rsidR="00190FB2" w:rsidRDefault="00190FB2"/>
        </w:tc>
        <w:tc>
          <w:tcPr>
            <w:tcW w:w="755" w:type="dxa"/>
          </w:tcPr>
          <w:p w14:paraId="2876BB29" w14:textId="77777777" w:rsidR="00190FB2" w:rsidRDefault="00190FB2"/>
        </w:tc>
        <w:tc>
          <w:tcPr>
            <w:tcW w:w="665" w:type="dxa"/>
          </w:tcPr>
          <w:p w14:paraId="6DF6E63D" w14:textId="56AA383A" w:rsidR="00190FB2" w:rsidRPr="00F62CD6" w:rsidRDefault="00190FB2">
            <w:pPr>
              <w:rPr>
                <w:lang w:val="pl-PL"/>
              </w:rPr>
            </w:pPr>
          </w:p>
        </w:tc>
        <w:tc>
          <w:tcPr>
            <w:tcW w:w="665" w:type="dxa"/>
            <w:shd w:val="clear" w:color="auto" w:fill="EE0000"/>
          </w:tcPr>
          <w:p w14:paraId="33EBA3E7" w14:textId="3E97EBDE" w:rsidR="00190FB2" w:rsidRPr="00F62CD6" w:rsidRDefault="00190FB2" w:rsidP="00F62CD6">
            <w:pPr>
              <w:rPr>
                <w:highlight w:val="red"/>
              </w:rPr>
            </w:pPr>
          </w:p>
        </w:tc>
        <w:tc>
          <w:tcPr>
            <w:tcW w:w="665" w:type="dxa"/>
          </w:tcPr>
          <w:p w14:paraId="71FBA490" w14:textId="77777777" w:rsidR="00190FB2" w:rsidRDefault="00190FB2"/>
        </w:tc>
        <w:tc>
          <w:tcPr>
            <w:tcW w:w="780" w:type="dxa"/>
            <w:shd w:val="clear" w:color="auto" w:fill="00B0F0"/>
          </w:tcPr>
          <w:p w14:paraId="5DE52BBC" w14:textId="273886CB" w:rsidR="00190FB2" w:rsidRDefault="00190FB2"/>
        </w:tc>
        <w:tc>
          <w:tcPr>
            <w:tcW w:w="665" w:type="dxa"/>
          </w:tcPr>
          <w:p w14:paraId="3BCBBC37" w14:textId="77777777" w:rsidR="00190FB2" w:rsidRDefault="00190FB2"/>
        </w:tc>
        <w:tc>
          <w:tcPr>
            <w:tcW w:w="767" w:type="dxa"/>
          </w:tcPr>
          <w:p w14:paraId="1200598F" w14:textId="77777777" w:rsidR="00190FB2" w:rsidRDefault="00190FB2"/>
        </w:tc>
        <w:tc>
          <w:tcPr>
            <w:tcW w:w="1161" w:type="dxa"/>
          </w:tcPr>
          <w:p w14:paraId="327872AE" w14:textId="77777777" w:rsidR="00190FB2" w:rsidRDefault="00190FB2"/>
        </w:tc>
      </w:tr>
      <w:tr w:rsidR="00190FB2" w14:paraId="0D908924" w14:textId="77777777" w:rsidTr="00F62CD6">
        <w:tc>
          <w:tcPr>
            <w:tcW w:w="981" w:type="dxa"/>
          </w:tcPr>
          <w:p w14:paraId="586A52EC" w14:textId="77777777" w:rsidR="00190FB2" w:rsidRDefault="00190FB2">
            <w:r>
              <w:t>16:30 - 17:15</w:t>
            </w:r>
          </w:p>
        </w:tc>
        <w:tc>
          <w:tcPr>
            <w:tcW w:w="665" w:type="dxa"/>
          </w:tcPr>
          <w:p w14:paraId="01FC0998" w14:textId="77777777" w:rsidR="00190FB2" w:rsidRDefault="00190FB2"/>
        </w:tc>
        <w:tc>
          <w:tcPr>
            <w:tcW w:w="665" w:type="dxa"/>
          </w:tcPr>
          <w:p w14:paraId="3D08C83D" w14:textId="77777777" w:rsidR="00190FB2" w:rsidRDefault="00190FB2"/>
        </w:tc>
        <w:tc>
          <w:tcPr>
            <w:tcW w:w="665" w:type="dxa"/>
            <w:shd w:val="clear" w:color="auto" w:fill="92D050"/>
          </w:tcPr>
          <w:p w14:paraId="5262B82B" w14:textId="70CEA058" w:rsidR="00190FB2" w:rsidRDefault="00190FB2"/>
        </w:tc>
        <w:tc>
          <w:tcPr>
            <w:tcW w:w="755" w:type="dxa"/>
          </w:tcPr>
          <w:p w14:paraId="3040397E" w14:textId="77777777" w:rsidR="00190FB2" w:rsidRDefault="00190FB2"/>
        </w:tc>
        <w:tc>
          <w:tcPr>
            <w:tcW w:w="665" w:type="dxa"/>
          </w:tcPr>
          <w:p w14:paraId="2AEA5185" w14:textId="2021BA34" w:rsidR="00190FB2" w:rsidRDefault="00190FB2"/>
        </w:tc>
        <w:tc>
          <w:tcPr>
            <w:tcW w:w="665" w:type="dxa"/>
            <w:shd w:val="clear" w:color="auto" w:fill="EE0000"/>
          </w:tcPr>
          <w:p w14:paraId="7A461E60" w14:textId="77777777" w:rsidR="00190FB2" w:rsidRPr="00F62CD6" w:rsidRDefault="00190FB2" w:rsidP="00F62CD6">
            <w:pPr>
              <w:rPr>
                <w:highlight w:val="red"/>
              </w:rPr>
            </w:pPr>
          </w:p>
        </w:tc>
        <w:tc>
          <w:tcPr>
            <w:tcW w:w="665" w:type="dxa"/>
          </w:tcPr>
          <w:p w14:paraId="6F083884" w14:textId="77777777" w:rsidR="00190FB2" w:rsidRDefault="00190FB2"/>
        </w:tc>
        <w:tc>
          <w:tcPr>
            <w:tcW w:w="780" w:type="dxa"/>
            <w:shd w:val="clear" w:color="auto" w:fill="00B0F0"/>
          </w:tcPr>
          <w:p w14:paraId="296D12AC" w14:textId="64ECCFD7" w:rsidR="00190FB2" w:rsidRDefault="00190FB2"/>
        </w:tc>
        <w:tc>
          <w:tcPr>
            <w:tcW w:w="665" w:type="dxa"/>
          </w:tcPr>
          <w:p w14:paraId="5872078E" w14:textId="77777777" w:rsidR="00190FB2" w:rsidRDefault="00190FB2"/>
        </w:tc>
        <w:tc>
          <w:tcPr>
            <w:tcW w:w="767" w:type="dxa"/>
          </w:tcPr>
          <w:p w14:paraId="2998BFD5" w14:textId="77777777" w:rsidR="00190FB2" w:rsidRDefault="00190FB2"/>
        </w:tc>
        <w:tc>
          <w:tcPr>
            <w:tcW w:w="1161" w:type="dxa"/>
          </w:tcPr>
          <w:p w14:paraId="640421C6" w14:textId="77777777" w:rsidR="00190FB2" w:rsidRDefault="00190FB2"/>
        </w:tc>
      </w:tr>
      <w:tr w:rsidR="00190FB2" w14:paraId="2A59223A" w14:textId="77777777" w:rsidTr="00F62CD6">
        <w:tc>
          <w:tcPr>
            <w:tcW w:w="981" w:type="dxa"/>
          </w:tcPr>
          <w:p w14:paraId="7CE9E63E" w14:textId="77777777" w:rsidR="00190FB2" w:rsidRDefault="00190FB2">
            <w:r>
              <w:t>17:20 - 18:05</w:t>
            </w:r>
          </w:p>
        </w:tc>
        <w:tc>
          <w:tcPr>
            <w:tcW w:w="665" w:type="dxa"/>
          </w:tcPr>
          <w:p w14:paraId="3432D342" w14:textId="77777777" w:rsidR="00190FB2" w:rsidRDefault="00190FB2"/>
        </w:tc>
        <w:tc>
          <w:tcPr>
            <w:tcW w:w="665" w:type="dxa"/>
          </w:tcPr>
          <w:p w14:paraId="1CDF52D6" w14:textId="77777777" w:rsidR="00190FB2" w:rsidRDefault="00190FB2"/>
        </w:tc>
        <w:tc>
          <w:tcPr>
            <w:tcW w:w="665" w:type="dxa"/>
            <w:shd w:val="clear" w:color="auto" w:fill="92D050"/>
          </w:tcPr>
          <w:p w14:paraId="5994BC36" w14:textId="040F6895" w:rsidR="00190FB2" w:rsidRDefault="00190FB2"/>
        </w:tc>
        <w:tc>
          <w:tcPr>
            <w:tcW w:w="755" w:type="dxa"/>
          </w:tcPr>
          <w:p w14:paraId="3A054B05" w14:textId="77777777" w:rsidR="00190FB2" w:rsidRDefault="00190FB2"/>
        </w:tc>
        <w:tc>
          <w:tcPr>
            <w:tcW w:w="665" w:type="dxa"/>
          </w:tcPr>
          <w:p w14:paraId="781BCBC4" w14:textId="6B118B47" w:rsidR="00190FB2" w:rsidRDefault="00190FB2"/>
        </w:tc>
        <w:tc>
          <w:tcPr>
            <w:tcW w:w="665" w:type="dxa"/>
            <w:shd w:val="clear" w:color="auto" w:fill="EE0000"/>
          </w:tcPr>
          <w:p w14:paraId="5D650CF2" w14:textId="77777777" w:rsidR="00190FB2" w:rsidRPr="00F62CD6" w:rsidRDefault="00190FB2" w:rsidP="00F62CD6">
            <w:pPr>
              <w:rPr>
                <w:highlight w:val="red"/>
              </w:rPr>
            </w:pPr>
          </w:p>
        </w:tc>
        <w:tc>
          <w:tcPr>
            <w:tcW w:w="665" w:type="dxa"/>
          </w:tcPr>
          <w:p w14:paraId="08AE8BBD" w14:textId="77777777" w:rsidR="00190FB2" w:rsidRDefault="00190FB2"/>
        </w:tc>
        <w:tc>
          <w:tcPr>
            <w:tcW w:w="780" w:type="dxa"/>
            <w:shd w:val="clear" w:color="auto" w:fill="00B0F0"/>
          </w:tcPr>
          <w:p w14:paraId="2B3393C0" w14:textId="46CE4C37" w:rsidR="00190FB2" w:rsidRDefault="00190FB2"/>
        </w:tc>
        <w:tc>
          <w:tcPr>
            <w:tcW w:w="665" w:type="dxa"/>
          </w:tcPr>
          <w:p w14:paraId="74B7E82A" w14:textId="77777777" w:rsidR="00190FB2" w:rsidRDefault="00190FB2"/>
        </w:tc>
        <w:tc>
          <w:tcPr>
            <w:tcW w:w="767" w:type="dxa"/>
          </w:tcPr>
          <w:p w14:paraId="4E529508" w14:textId="77777777" w:rsidR="00190FB2" w:rsidRDefault="00190FB2"/>
        </w:tc>
        <w:tc>
          <w:tcPr>
            <w:tcW w:w="1161" w:type="dxa"/>
          </w:tcPr>
          <w:p w14:paraId="512C44D3" w14:textId="77777777" w:rsidR="00190FB2" w:rsidRDefault="00190FB2"/>
        </w:tc>
      </w:tr>
      <w:tr w:rsidR="00190FB2" w14:paraId="3A2CCCBB" w14:textId="77777777" w:rsidTr="00F62CD6">
        <w:tc>
          <w:tcPr>
            <w:tcW w:w="981" w:type="dxa"/>
          </w:tcPr>
          <w:p w14:paraId="3882E12A" w14:textId="77777777" w:rsidR="00190FB2" w:rsidRDefault="00190FB2">
            <w:bookmarkStart w:id="0" w:name="_Hlk207478314"/>
            <w:r>
              <w:t>18:10 - 18:55</w:t>
            </w:r>
          </w:p>
        </w:tc>
        <w:tc>
          <w:tcPr>
            <w:tcW w:w="665" w:type="dxa"/>
          </w:tcPr>
          <w:p w14:paraId="1004D6C9" w14:textId="77777777" w:rsidR="00190FB2" w:rsidRDefault="00190FB2"/>
        </w:tc>
        <w:tc>
          <w:tcPr>
            <w:tcW w:w="665" w:type="dxa"/>
          </w:tcPr>
          <w:p w14:paraId="24B09E49" w14:textId="77777777" w:rsidR="00190FB2" w:rsidRDefault="00190FB2"/>
        </w:tc>
        <w:tc>
          <w:tcPr>
            <w:tcW w:w="665" w:type="dxa"/>
            <w:shd w:val="clear" w:color="auto" w:fill="92D050"/>
          </w:tcPr>
          <w:p w14:paraId="0B80DF79" w14:textId="4CFF52AB" w:rsidR="00190FB2" w:rsidRDefault="00190FB2"/>
        </w:tc>
        <w:tc>
          <w:tcPr>
            <w:tcW w:w="755" w:type="dxa"/>
          </w:tcPr>
          <w:p w14:paraId="6A09EB63" w14:textId="77777777" w:rsidR="00190FB2" w:rsidRDefault="00190FB2"/>
        </w:tc>
        <w:tc>
          <w:tcPr>
            <w:tcW w:w="665" w:type="dxa"/>
          </w:tcPr>
          <w:p w14:paraId="19982B47" w14:textId="1127F2FE" w:rsidR="00190FB2" w:rsidRDefault="00190FB2"/>
        </w:tc>
        <w:tc>
          <w:tcPr>
            <w:tcW w:w="665" w:type="dxa"/>
            <w:shd w:val="clear" w:color="auto" w:fill="EE0000"/>
          </w:tcPr>
          <w:p w14:paraId="7DC1155C" w14:textId="77777777" w:rsidR="00190FB2" w:rsidRPr="00F62CD6" w:rsidRDefault="00190FB2" w:rsidP="00F62CD6">
            <w:pPr>
              <w:rPr>
                <w:highlight w:val="red"/>
              </w:rPr>
            </w:pPr>
          </w:p>
        </w:tc>
        <w:tc>
          <w:tcPr>
            <w:tcW w:w="665" w:type="dxa"/>
          </w:tcPr>
          <w:p w14:paraId="735D7111" w14:textId="77777777" w:rsidR="00190FB2" w:rsidRDefault="00190FB2"/>
        </w:tc>
        <w:tc>
          <w:tcPr>
            <w:tcW w:w="780" w:type="dxa"/>
            <w:shd w:val="clear" w:color="auto" w:fill="00B0F0"/>
          </w:tcPr>
          <w:p w14:paraId="62C782BF" w14:textId="6519E813" w:rsidR="00190FB2" w:rsidRDefault="00190FB2"/>
        </w:tc>
        <w:tc>
          <w:tcPr>
            <w:tcW w:w="665" w:type="dxa"/>
          </w:tcPr>
          <w:p w14:paraId="1AEFD70B" w14:textId="77777777" w:rsidR="00190FB2" w:rsidRDefault="00190FB2"/>
        </w:tc>
        <w:tc>
          <w:tcPr>
            <w:tcW w:w="767" w:type="dxa"/>
          </w:tcPr>
          <w:p w14:paraId="7E198BEC" w14:textId="77777777" w:rsidR="00190FB2" w:rsidRDefault="00190FB2"/>
        </w:tc>
        <w:tc>
          <w:tcPr>
            <w:tcW w:w="1161" w:type="dxa"/>
          </w:tcPr>
          <w:p w14:paraId="3519CF27" w14:textId="77777777" w:rsidR="00190FB2" w:rsidRDefault="00190FB2"/>
        </w:tc>
      </w:tr>
      <w:tr w:rsidR="00190FB2" w14:paraId="661908A3" w14:textId="77777777" w:rsidTr="00F62CD6">
        <w:tc>
          <w:tcPr>
            <w:tcW w:w="981" w:type="dxa"/>
          </w:tcPr>
          <w:p w14:paraId="63B6F94C" w14:textId="77777777" w:rsidR="00190FB2" w:rsidRDefault="00190FB2">
            <w:r>
              <w:t>19:00 - 19:45</w:t>
            </w:r>
          </w:p>
        </w:tc>
        <w:tc>
          <w:tcPr>
            <w:tcW w:w="665" w:type="dxa"/>
          </w:tcPr>
          <w:p w14:paraId="7D86D0DE" w14:textId="77777777" w:rsidR="00190FB2" w:rsidRDefault="00190FB2"/>
        </w:tc>
        <w:tc>
          <w:tcPr>
            <w:tcW w:w="665" w:type="dxa"/>
          </w:tcPr>
          <w:p w14:paraId="3807C2F2" w14:textId="77777777" w:rsidR="00190FB2" w:rsidRDefault="00190FB2"/>
        </w:tc>
        <w:tc>
          <w:tcPr>
            <w:tcW w:w="665" w:type="dxa"/>
          </w:tcPr>
          <w:p w14:paraId="3908C22C" w14:textId="77777777" w:rsidR="00190FB2" w:rsidRDefault="00190FB2"/>
        </w:tc>
        <w:tc>
          <w:tcPr>
            <w:tcW w:w="755" w:type="dxa"/>
          </w:tcPr>
          <w:p w14:paraId="200DD366" w14:textId="77777777" w:rsidR="00190FB2" w:rsidRDefault="00190FB2"/>
        </w:tc>
        <w:tc>
          <w:tcPr>
            <w:tcW w:w="665" w:type="dxa"/>
          </w:tcPr>
          <w:p w14:paraId="4D73B97C" w14:textId="6BD09C46" w:rsidR="00190FB2" w:rsidRDefault="00190FB2"/>
        </w:tc>
        <w:tc>
          <w:tcPr>
            <w:tcW w:w="665" w:type="dxa"/>
            <w:shd w:val="clear" w:color="auto" w:fill="EE0000"/>
          </w:tcPr>
          <w:p w14:paraId="6B9FA42F" w14:textId="77777777" w:rsidR="00190FB2" w:rsidRPr="00F62CD6" w:rsidRDefault="00190FB2" w:rsidP="00F62CD6">
            <w:pPr>
              <w:rPr>
                <w:highlight w:val="red"/>
              </w:rPr>
            </w:pPr>
          </w:p>
        </w:tc>
        <w:tc>
          <w:tcPr>
            <w:tcW w:w="665" w:type="dxa"/>
          </w:tcPr>
          <w:p w14:paraId="666A8C9E" w14:textId="77777777" w:rsidR="00190FB2" w:rsidRDefault="00190FB2"/>
        </w:tc>
        <w:tc>
          <w:tcPr>
            <w:tcW w:w="780" w:type="dxa"/>
            <w:shd w:val="clear" w:color="auto" w:fill="00B0F0"/>
          </w:tcPr>
          <w:p w14:paraId="20A178D2" w14:textId="411CD0C8" w:rsidR="00190FB2" w:rsidRDefault="00190FB2"/>
        </w:tc>
        <w:tc>
          <w:tcPr>
            <w:tcW w:w="665" w:type="dxa"/>
          </w:tcPr>
          <w:p w14:paraId="6DA4C795" w14:textId="77777777" w:rsidR="00190FB2" w:rsidRDefault="00190FB2"/>
        </w:tc>
        <w:tc>
          <w:tcPr>
            <w:tcW w:w="767" w:type="dxa"/>
          </w:tcPr>
          <w:p w14:paraId="6589A147" w14:textId="77777777" w:rsidR="00190FB2" w:rsidRDefault="00190FB2"/>
        </w:tc>
        <w:tc>
          <w:tcPr>
            <w:tcW w:w="1161" w:type="dxa"/>
          </w:tcPr>
          <w:p w14:paraId="6BFD0E43" w14:textId="77777777" w:rsidR="00190FB2" w:rsidRDefault="00190FB2"/>
        </w:tc>
      </w:tr>
      <w:bookmarkEnd w:id="0"/>
      <w:tr w:rsidR="00190FB2" w14:paraId="36166610" w14:textId="77777777" w:rsidTr="00190FB2">
        <w:tc>
          <w:tcPr>
            <w:tcW w:w="981" w:type="dxa"/>
          </w:tcPr>
          <w:p w14:paraId="696D4F6C" w14:textId="77777777" w:rsidR="00190FB2" w:rsidRDefault="00190FB2">
            <w:r>
              <w:t>19:50 - 20:35</w:t>
            </w:r>
          </w:p>
        </w:tc>
        <w:tc>
          <w:tcPr>
            <w:tcW w:w="665" w:type="dxa"/>
          </w:tcPr>
          <w:p w14:paraId="218CC5E4" w14:textId="77777777" w:rsidR="00190FB2" w:rsidRDefault="00190FB2"/>
        </w:tc>
        <w:tc>
          <w:tcPr>
            <w:tcW w:w="665" w:type="dxa"/>
          </w:tcPr>
          <w:p w14:paraId="309085A2" w14:textId="77777777" w:rsidR="00190FB2" w:rsidRDefault="00190FB2"/>
        </w:tc>
        <w:tc>
          <w:tcPr>
            <w:tcW w:w="665" w:type="dxa"/>
          </w:tcPr>
          <w:p w14:paraId="0891CA8A" w14:textId="77777777" w:rsidR="00190FB2" w:rsidRDefault="00190FB2"/>
        </w:tc>
        <w:tc>
          <w:tcPr>
            <w:tcW w:w="755" w:type="dxa"/>
          </w:tcPr>
          <w:p w14:paraId="5C13B48C" w14:textId="77777777" w:rsidR="00190FB2" w:rsidRDefault="00190FB2"/>
        </w:tc>
        <w:tc>
          <w:tcPr>
            <w:tcW w:w="665" w:type="dxa"/>
          </w:tcPr>
          <w:p w14:paraId="7B024356" w14:textId="77777777" w:rsidR="00190FB2" w:rsidRDefault="00190FB2"/>
        </w:tc>
        <w:tc>
          <w:tcPr>
            <w:tcW w:w="665" w:type="dxa"/>
          </w:tcPr>
          <w:p w14:paraId="20DE2A56" w14:textId="77777777" w:rsidR="00190FB2" w:rsidRDefault="00190FB2"/>
        </w:tc>
        <w:tc>
          <w:tcPr>
            <w:tcW w:w="665" w:type="dxa"/>
          </w:tcPr>
          <w:p w14:paraId="060AF4E5" w14:textId="77777777" w:rsidR="00190FB2" w:rsidRDefault="00190FB2"/>
        </w:tc>
        <w:tc>
          <w:tcPr>
            <w:tcW w:w="780" w:type="dxa"/>
          </w:tcPr>
          <w:p w14:paraId="6D61ABE3" w14:textId="2D5F14E0" w:rsidR="00190FB2" w:rsidRDefault="00190FB2"/>
        </w:tc>
        <w:tc>
          <w:tcPr>
            <w:tcW w:w="665" w:type="dxa"/>
          </w:tcPr>
          <w:p w14:paraId="570C143B" w14:textId="77777777" w:rsidR="00190FB2" w:rsidRDefault="00190FB2"/>
        </w:tc>
        <w:tc>
          <w:tcPr>
            <w:tcW w:w="767" w:type="dxa"/>
          </w:tcPr>
          <w:p w14:paraId="05710383" w14:textId="77777777" w:rsidR="00190FB2" w:rsidRDefault="00190FB2"/>
        </w:tc>
        <w:tc>
          <w:tcPr>
            <w:tcW w:w="1161" w:type="dxa"/>
          </w:tcPr>
          <w:p w14:paraId="5BA07787" w14:textId="77777777" w:rsidR="00190FB2" w:rsidRDefault="00190FB2"/>
        </w:tc>
      </w:tr>
      <w:tr w:rsidR="00190FB2" w14:paraId="507A82D4" w14:textId="77777777" w:rsidTr="00190FB2">
        <w:tc>
          <w:tcPr>
            <w:tcW w:w="981" w:type="dxa"/>
          </w:tcPr>
          <w:p w14:paraId="14563C7F" w14:textId="77777777" w:rsidR="00190FB2" w:rsidRDefault="00190FB2">
            <w:r>
              <w:lastRenderedPageBreak/>
              <w:t>20:40 - 21:25</w:t>
            </w:r>
          </w:p>
        </w:tc>
        <w:tc>
          <w:tcPr>
            <w:tcW w:w="665" w:type="dxa"/>
          </w:tcPr>
          <w:p w14:paraId="4B5B8EF4" w14:textId="77777777" w:rsidR="00190FB2" w:rsidRDefault="00190FB2"/>
        </w:tc>
        <w:tc>
          <w:tcPr>
            <w:tcW w:w="665" w:type="dxa"/>
          </w:tcPr>
          <w:p w14:paraId="12881709" w14:textId="77777777" w:rsidR="00190FB2" w:rsidRDefault="00190FB2"/>
        </w:tc>
        <w:tc>
          <w:tcPr>
            <w:tcW w:w="665" w:type="dxa"/>
          </w:tcPr>
          <w:p w14:paraId="36873D8A" w14:textId="77777777" w:rsidR="00190FB2" w:rsidRDefault="00190FB2"/>
        </w:tc>
        <w:tc>
          <w:tcPr>
            <w:tcW w:w="755" w:type="dxa"/>
          </w:tcPr>
          <w:p w14:paraId="7D50A308" w14:textId="77777777" w:rsidR="00190FB2" w:rsidRDefault="00190FB2"/>
        </w:tc>
        <w:tc>
          <w:tcPr>
            <w:tcW w:w="665" w:type="dxa"/>
          </w:tcPr>
          <w:p w14:paraId="198B6A30" w14:textId="77777777" w:rsidR="00190FB2" w:rsidRDefault="00190FB2"/>
        </w:tc>
        <w:tc>
          <w:tcPr>
            <w:tcW w:w="665" w:type="dxa"/>
          </w:tcPr>
          <w:p w14:paraId="147565B8" w14:textId="77777777" w:rsidR="00190FB2" w:rsidRDefault="00190FB2"/>
        </w:tc>
        <w:tc>
          <w:tcPr>
            <w:tcW w:w="665" w:type="dxa"/>
          </w:tcPr>
          <w:p w14:paraId="76CBF2BF" w14:textId="77777777" w:rsidR="00190FB2" w:rsidRDefault="00190FB2"/>
        </w:tc>
        <w:tc>
          <w:tcPr>
            <w:tcW w:w="780" w:type="dxa"/>
          </w:tcPr>
          <w:p w14:paraId="092C7E5A" w14:textId="77777777" w:rsidR="00190FB2" w:rsidRDefault="00190FB2"/>
        </w:tc>
        <w:tc>
          <w:tcPr>
            <w:tcW w:w="665" w:type="dxa"/>
          </w:tcPr>
          <w:p w14:paraId="0AF80B01" w14:textId="77777777" w:rsidR="00190FB2" w:rsidRDefault="00190FB2"/>
        </w:tc>
        <w:tc>
          <w:tcPr>
            <w:tcW w:w="767" w:type="dxa"/>
          </w:tcPr>
          <w:p w14:paraId="68CAE3B4" w14:textId="77777777" w:rsidR="00190FB2" w:rsidRDefault="00190FB2"/>
        </w:tc>
        <w:tc>
          <w:tcPr>
            <w:tcW w:w="1161" w:type="dxa"/>
          </w:tcPr>
          <w:p w14:paraId="4A8E4F06" w14:textId="77777777" w:rsidR="00190FB2" w:rsidRDefault="00190FB2"/>
        </w:tc>
      </w:tr>
    </w:tbl>
    <w:p w14:paraId="679DB6E9" w14:textId="77777777" w:rsidR="002D1F4E" w:rsidRDefault="002D1F4E">
      <w:pPr>
        <w:pStyle w:val="Nagwek2"/>
      </w:pPr>
    </w:p>
    <w:p w14:paraId="06F9DD34" w14:textId="7EE6642B" w:rsidR="00B54A8B" w:rsidRDefault="00000000">
      <w:pPr>
        <w:pStyle w:val="Nagwek2"/>
      </w:pPr>
      <w:r>
        <w:t>CZWARTEK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1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767"/>
        <w:gridCol w:w="1161"/>
      </w:tblGrid>
      <w:tr w:rsidR="00B54A8B" w14:paraId="6BAA3001" w14:textId="77777777" w:rsidTr="00BA721E">
        <w:tc>
          <w:tcPr>
            <w:tcW w:w="981" w:type="dxa"/>
          </w:tcPr>
          <w:p w14:paraId="3AA7D3BB" w14:textId="77777777" w:rsidR="00B54A8B" w:rsidRDefault="00000000">
            <w:r>
              <w:t>Godzina zajęć</w:t>
            </w:r>
          </w:p>
        </w:tc>
        <w:tc>
          <w:tcPr>
            <w:tcW w:w="665" w:type="dxa"/>
          </w:tcPr>
          <w:p w14:paraId="53727D7B" w14:textId="77777777" w:rsidR="00B54A8B" w:rsidRDefault="00000000">
            <w:r>
              <w:t>OD</w:t>
            </w:r>
          </w:p>
        </w:tc>
        <w:tc>
          <w:tcPr>
            <w:tcW w:w="665" w:type="dxa"/>
          </w:tcPr>
          <w:p w14:paraId="6A44BBA3" w14:textId="77777777" w:rsidR="00B54A8B" w:rsidRDefault="00000000">
            <w:r>
              <w:t>I SP A</w:t>
            </w:r>
          </w:p>
        </w:tc>
        <w:tc>
          <w:tcPr>
            <w:tcW w:w="665" w:type="dxa"/>
          </w:tcPr>
          <w:p w14:paraId="69DF41E4" w14:textId="77777777" w:rsidR="00B54A8B" w:rsidRDefault="00000000">
            <w:r>
              <w:t>I SP B</w:t>
            </w:r>
          </w:p>
        </w:tc>
        <w:tc>
          <w:tcPr>
            <w:tcW w:w="665" w:type="dxa"/>
          </w:tcPr>
          <w:p w14:paraId="34EFB453" w14:textId="77777777" w:rsidR="00B54A8B" w:rsidRDefault="00000000">
            <w:r>
              <w:t>II SP</w:t>
            </w:r>
          </w:p>
        </w:tc>
        <w:tc>
          <w:tcPr>
            <w:tcW w:w="665" w:type="dxa"/>
          </w:tcPr>
          <w:p w14:paraId="6AE5AE97" w14:textId="77777777" w:rsidR="00B54A8B" w:rsidRDefault="00000000">
            <w:r>
              <w:t>III SP</w:t>
            </w:r>
          </w:p>
        </w:tc>
        <w:tc>
          <w:tcPr>
            <w:tcW w:w="665" w:type="dxa"/>
          </w:tcPr>
          <w:p w14:paraId="0867B9EA" w14:textId="77777777" w:rsidR="00B54A8B" w:rsidRDefault="00000000">
            <w:r>
              <w:t>IV SP</w:t>
            </w:r>
          </w:p>
        </w:tc>
        <w:tc>
          <w:tcPr>
            <w:tcW w:w="665" w:type="dxa"/>
          </w:tcPr>
          <w:p w14:paraId="0E53FE95" w14:textId="77777777" w:rsidR="00B54A8B" w:rsidRDefault="00000000">
            <w:r>
              <w:t>V SP A</w:t>
            </w:r>
          </w:p>
        </w:tc>
        <w:tc>
          <w:tcPr>
            <w:tcW w:w="665" w:type="dxa"/>
          </w:tcPr>
          <w:p w14:paraId="475A52ED" w14:textId="77777777" w:rsidR="00B54A8B" w:rsidRDefault="00000000">
            <w:r>
              <w:t>V SP B</w:t>
            </w:r>
          </w:p>
        </w:tc>
        <w:tc>
          <w:tcPr>
            <w:tcW w:w="665" w:type="dxa"/>
          </w:tcPr>
          <w:p w14:paraId="6F2C1BCC" w14:textId="77777777" w:rsidR="00B54A8B" w:rsidRDefault="00000000">
            <w:r>
              <w:t>VI - VII SP</w:t>
            </w:r>
          </w:p>
        </w:tc>
        <w:tc>
          <w:tcPr>
            <w:tcW w:w="665" w:type="dxa"/>
          </w:tcPr>
          <w:p w14:paraId="0A3348D0" w14:textId="77777777" w:rsidR="00B54A8B" w:rsidRDefault="00000000">
            <w:r>
              <w:t>VIII SP</w:t>
            </w:r>
          </w:p>
        </w:tc>
        <w:tc>
          <w:tcPr>
            <w:tcW w:w="767" w:type="dxa"/>
          </w:tcPr>
          <w:p w14:paraId="6C7D1606" w14:textId="77777777" w:rsidR="00B54A8B" w:rsidRDefault="00000000">
            <w:r>
              <w:t>grupa LO</w:t>
            </w:r>
          </w:p>
        </w:tc>
        <w:tc>
          <w:tcPr>
            <w:tcW w:w="1161" w:type="dxa"/>
          </w:tcPr>
          <w:p w14:paraId="15C2C271" w14:textId="77777777" w:rsidR="00B54A8B" w:rsidRDefault="00000000">
            <w:r>
              <w:t>biblioteka</w:t>
            </w:r>
          </w:p>
        </w:tc>
      </w:tr>
      <w:tr w:rsidR="00BA721E" w14:paraId="45C98CDD" w14:textId="77777777" w:rsidTr="00BA721E">
        <w:tc>
          <w:tcPr>
            <w:tcW w:w="981" w:type="dxa"/>
          </w:tcPr>
          <w:p w14:paraId="16332F0B" w14:textId="77777777" w:rsidR="00BA721E" w:rsidRDefault="00BA721E"/>
        </w:tc>
        <w:tc>
          <w:tcPr>
            <w:tcW w:w="665" w:type="dxa"/>
          </w:tcPr>
          <w:p w14:paraId="44A06EA5" w14:textId="77777777" w:rsidR="00BA721E" w:rsidRDefault="00BA721E"/>
        </w:tc>
        <w:tc>
          <w:tcPr>
            <w:tcW w:w="665" w:type="dxa"/>
          </w:tcPr>
          <w:p w14:paraId="59C18BE1" w14:textId="77777777" w:rsidR="00BA721E" w:rsidRDefault="00BA721E"/>
        </w:tc>
        <w:tc>
          <w:tcPr>
            <w:tcW w:w="665" w:type="dxa"/>
          </w:tcPr>
          <w:p w14:paraId="71200BB4" w14:textId="77777777" w:rsidR="00BA721E" w:rsidRDefault="00BA721E"/>
        </w:tc>
        <w:tc>
          <w:tcPr>
            <w:tcW w:w="665" w:type="dxa"/>
          </w:tcPr>
          <w:p w14:paraId="756DF7D7" w14:textId="77777777" w:rsidR="00BA721E" w:rsidRDefault="00BA721E"/>
        </w:tc>
        <w:tc>
          <w:tcPr>
            <w:tcW w:w="665" w:type="dxa"/>
          </w:tcPr>
          <w:p w14:paraId="16C9F243" w14:textId="77777777" w:rsidR="00BA721E" w:rsidRDefault="00BA721E"/>
        </w:tc>
        <w:tc>
          <w:tcPr>
            <w:tcW w:w="665" w:type="dxa"/>
          </w:tcPr>
          <w:p w14:paraId="5C5FB141" w14:textId="77777777" w:rsidR="00BA721E" w:rsidRDefault="00BA721E"/>
        </w:tc>
        <w:tc>
          <w:tcPr>
            <w:tcW w:w="665" w:type="dxa"/>
          </w:tcPr>
          <w:p w14:paraId="5E1FFE4D" w14:textId="77777777" w:rsidR="00BA721E" w:rsidRDefault="00BA721E"/>
        </w:tc>
        <w:tc>
          <w:tcPr>
            <w:tcW w:w="665" w:type="dxa"/>
          </w:tcPr>
          <w:p w14:paraId="0C6BBB33" w14:textId="77777777" w:rsidR="00BA721E" w:rsidRDefault="00BA721E"/>
        </w:tc>
        <w:tc>
          <w:tcPr>
            <w:tcW w:w="665" w:type="dxa"/>
          </w:tcPr>
          <w:p w14:paraId="1BF9443C" w14:textId="77777777" w:rsidR="00BA721E" w:rsidRDefault="00BA721E"/>
        </w:tc>
        <w:tc>
          <w:tcPr>
            <w:tcW w:w="665" w:type="dxa"/>
          </w:tcPr>
          <w:p w14:paraId="44BB67D2" w14:textId="77777777" w:rsidR="00BA721E" w:rsidRDefault="00BA721E"/>
        </w:tc>
        <w:tc>
          <w:tcPr>
            <w:tcW w:w="767" w:type="dxa"/>
          </w:tcPr>
          <w:p w14:paraId="648ABBB4" w14:textId="77777777" w:rsidR="00BA721E" w:rsidRDefault="00BA721E"/>
        </w:tc>
        <w:tc>
          <w:tcPr>
            <w:tcW w:w="1161" w:type="dxa"/>
            <w:shd w:val="clear" w:color="auto" w:fill="00B0F0"/>
          </w:tcPr>
          <w:p w14:paraId="394FCF1E" w14:textId="4B8ACF1E" w:rsidR="00BA721E" w:rsidRDefault="00BA721E"/>
        </w:tc>
      </w:tr>
      <w:tr w:rsidR="00B54A8B" w14:paraId="1274BB5F" w14:textId="77777777" w:rsidTr="00F62CD6">
        <w:tc>
          <w:tcPr>
            <w:tcW w:w="981" w:type="dxa"/>
          </w:tcPr>
          <w:p w14:paraId="7B009716" w14:textId="77777777" w:rsidR="00B54A8B" w:rsidRDefault="00000000">
            <w:r>
              <w:t>16:45 - 17:30</w:t>
            </w:r>
          </w:p>
        </w:tc>
        <w:tc>
          <w:tcPr>
            <w:tcW w:w="665" w:type="dxa"/>
          </w:tcPr>
          <w:p w14:paraId="60B12997" w14:textId="77777777" w:rsidR="00B54A8B" w:rsidRDefault="00B54A8B"/>
        </w:tc>
        <w:tc>
          <w:tcPr>
            <w:tcW w:w="665" w:type="dxa"/>
          </w:tcPr>
          <w:p w14:paraId="079576C7" w14:textId="77777777" w:rsidR="00B54A8B" w:rsidRDefault="00B54A8B"/>
        </w:tc>
        <w:tc>
          <w:tcPr>
            <w:tcW w:w="665" w:type="dxa"/>
          </w:tcPr>
          <w:p w14:paraId="0BFA5982" w14:textId="77777777" w:rsidR="00B54A8B" w:rsidRDefault="00B54A8B"/>
        </w:tc>
        <w:tc>
          <w:tcPr>
            <w:tcW w:w="665" w:type="dxa"/>
          </w:tcPr>
          <w:p w14:paraId="1E487FF5" w14:textId="77777777" w:rsidR="00B54A8B" w:rsidRDefault="00B54A8B"/>
        </w:tc>
        <w:tc>
          <w:tcPr>
            <w:tcW w:w="665" w:type="dxa"/>
          </w:tcPr>
          <w:p w14:paraId="5E61A887" w14:textId="77777777" w:rsidR="00B54A8B" w:rsidRDefault="00B54A8B"/>
        </w:tc>
        <w:tc>
          <w:tcPr>
            <w:tcW w:w="665" w:type="dxa"/>
          </w:tcPr>
          <w:p w14:paraId="638B2AAB" w14:textId="77777777" w:rsidR="00B54A8B" w:rsidRDefault="00B54A8B"/>
        </w:tc>
        <w:tc>
          <w:tcPr>
            <w:tcW w:w="665" w:type="dxa"/>
          </w:tcPr>
          <w:p w14:paraId="6CF0C3FA" w14:textId="77777777" w:rsidR="00B54A8B" w:rsidRDefault="00B54A8B"/>
        </w:tc>
        <w:tc>
          <w:tcPr>
            <w:tcW w:w="665" w:type="dxa"/>
            <w:shd w:val="clear" w:color="auto" w:fill="00B0F0"/>
          </w:tcPr>
          <w:p w14:paraId="6B9B3033" w14:textId="25BC8018" w:rsidR="00B54A8B" w:rsidRDefault="00B54A8B"/>
        </w:tc>
        <w:tc>
          <w:tcPr>
            <w:tcW w:w="665" w:type="dxa"/>
          </w:tcPr>
          <w:p w14:paraId="3B950166" w14:textId="7B3FC75D" w:rsidR="00B54A8B" w:rsidRDefault="00B54A8B"/>
        </w:tc>
        <w:tc>
          <w:tcPr>
            <w:tcW w:w="665" w:type="dxa"/>
            <w:shd w:val="clear" w:color="auto" w:fill="FFFF00"/>
          </w:tcPr>
          <w:p w14:paraId="5E637D0B" w14:textId="0F1EA56A" w:rsidR="00B54A8B" w:rsidRDefault="00B54A8B"/>
        </w:tc>
        <w:tc>
          <w:tcPr>
            <w:tcW w:w="767" w:type="dxa"/>
          </w:tcPr>
          <w:p w14:paraId="29C10AC8" w14:textId="77777777" w:rsidR="00B54A8B" w:rsidRDefault="00B54A8B"/>
        </w:tc>
        <w:tc>
          <w:tcPr>
            <w:tcW w:w="1161" w:type="dxa"/>
          </w:tcPr>
          <w:p w14:paraId="6DC750D4" w14:textId="77777777" w:rsidR="00B54A8B" w:rsidRDefault="00B54A8B"/>
        </w:tc>
      </w:tr>
      <w:tr w:rsidR="00B54A8B" w14:paraId="362F98B0" w14:textId="77777777" w:rsidTr="00F62CD6">
        <w:tc>
          <w:tcPr>
            <w:tcW w:w="981" w:type="dxa"/>
          </w:tcPr>
          <w:p w14:paraId="2344E3C9" w14:textId="77777777" w:rsidR="00B54A8B" w:rsidRDefault="00000000">
            <w:r>
              <w:t>17:35 - 18:20</w:t>
            </w:r>
          </w:p>
        </w:tc>
        <w:tc>
          <w:tcPr>
            <w:tcW w:w="665" w:type="dxa"/>
          </w:tcPr>
          <w:p w14:paraId="24E3594F" w14:textId="77777777" w:rsidR="00B54A8B" w:rsidRDefault="00B54A8B"/>
        </w:tc>
        <w:tc>
          <w:tcPr>
            <w:tcW w:w="665" w:type="dxa"/>
          </w:tcPr>
          <w:p w14:paraId="40E5E385" w14:textId="77777777" w:rsidR="00B54A8B" w:rsidRDefault="00B54A8B"/>
        </w:tc>
        <w:tc>
          <w:tcPr>
            <w:tcW w:w="665" w:type="dxa"/>
          </w:tcPr>
          <w:p w14:paraId="4E564B85" w14:textId="77777777" w:rsidR="00B54A8B" w:rsidRDefault="00B54A8B"/>
        </w:tc>
        <w:tc>
          <w:tcPr>
            <w:tcW w:w="665" w:type="dxa"/>
          </w:tcPr>
          <w:p w14:paraId="5F9BFDDD" w14:textId="77777777" w:rsidR="00B54A8B" w:rsidRDefault="00B54A8B"/>
        </w:tc>
        <w:tc>
          <w:tcPr>
            <w:tcW w:w="665" w:type="dxa"/>
          </w:tcPr>
          <w:p w14:paraId="7E66EB3C" w14:textId="77777777" w:rsidR="00B54A8B" w:rsidRDefault="00B54A8B"/>
        </w:tc>
        <w:tc>
          <w:tcPr>
            <w:tcW w:w="665" w:type="dxa"/>
          </w:tcPr>
          <w:p w14:paraId="4D5B68D6" w14:textId="77777777" w:rsidR="00B54A8B" w:rsidRDefault="00B54A8B"/>
        </w:tc>
        <w:tc>
          <w:tcPr>
            <w:tcW w:w="665" w:type="dxa"/>
          </w:tcPr>
          <w:p w14:paraId="46D1C650" w14:textId="77777777" w:rsidR="00B54A8B" w:rsidRDefault="00B54A8B"/>
        </w:tc>
        <w:tc>
          <w:tcPr>
            <w:tcW w:w="665" w:type="dxa"/>
            <w:shd w:val="clear" w:color="auto" w:fill="00B0F0"/>
          </w:tcPr>
          <w:p w14:paraId="78B1CC77" w14:textId="1B02B37C" w:rsidR="00B54A8B" w:rsidRDefault="00B54A8B"/>
        </w:tc>
        <w:tc>
          <w:tcPr>
            <w:tcW w:w="665" w:type="dxa"/>
          </w:tcPr>
          <w:p w14:paraId="57FDF687" w14:textId="6382DCCF" w:rsidR="00B54A8B" w:rsidRDefault="00B54A8B"/>
        </w:tc>
        <w:tc>
          <w:tcPr>
            <w:tcW w:w="665" w:type="dxa"/>
            <w:shd w:val="clear" w:color="auto" w:fill="FFFF00"/>
          </w:tcPr>
          <w:p w14:paraId="44E77847" w14:textId="77777777" w:rsidR="00B54A8B" w:rsidRDefault="00B54A8B"/>
        </w:tc>
        <w:tc>
          <w:tcPr>
            <w:tcW w:w="767" w:type="dxa"/>
          </w:tcPr>
          <w:p w14:paraId="7EFE1075" w14:textId="77777777" w:rsidR="00B54A8B" w:rsidRDefault="00B54A8B"/>
        </w:tc>
        <w:tc>
          <w:tcPr>
            <w:tcW w:w="1161" w:type="dxa"/>
          </w:tcPr>
          <w:p w14:paraId="73CA6272" w14:textId="77777777" w:rsidR="00B54A8B" w:rsidRDefault="00B54A8B"/>
        </w:tc>
      </w:tr>
      <w:tr w:rsidR="00B54A8B" w14:paraId="0D489BD7" w14:textId="77777777" w:rsidTr="00F62CD6">
        <w:tc>
          <w:tcPr>
            <w:tcW w:w="981" w:type="dxa"/>
          </w:tcPr>
          <w:p w14:paraId="5B0179B8" w14:textId="77777777" w:rsidR="00B54A8B" w:rsidRDefault="00000000">
            <w:r>
              <w:t>18:25 - 19:10</w:t>
            </w:r>
          </w:p>
        </w:tc>
        <w:tc>
          <w:tcPr>
            <w:tcW w:w="665" w:type="dxa"/>
          </w:tcPr>
          <w:p w14:paraId="62A76341" w14:textId="77777777" w:rsidR="00B54A8B" w:rsidRDefault="00B54A8B"/>
        </w:tc>
        <w:tc>
          <w:tcPr>
            <w:tcW w:w="665" w:type="dxa"/>
          </w:tcPr>
          <w:p w14:paraId="4A97A588" w14:textId="77777777" w:rsidR="00B54A8B" w:rsidRDefault="00B54A8B"/>
        </w:tc>
        <w:tc>
          <w:tcPr>
            <w:tcW w:w="665" w:type="dxa"/>
          </w:tcPr>
          <w:p w14:paraId="36B621FB" w14:textId="77777777" w:rsidR="00B54A8B" w:rsidRDefault="00B54A8B"/>
        </w:tc>
        <w:tc>
          <w:tcPr>
            <w:tcW w:w="665" w:type="dxa"/>
          </w:tcPr>
          <w:p w14:paraId="04427048" w14:textId="77777777" w:rsidR="00B54A8B" w:rsidRDefault="00B54A8B"/>
        </w:tc>
        <w:tc>
          <w:tcPr>
            <w:tcW w:w="665" w:type="dxa"/>
          </w:tcPr>
          <w:p w14:paraId="03DA2252" w14:textId="77777777" w:rsidR="00B54A8B" w:rsidRDefault="00B54A8B"/>
        </w:tc>
        <w:tc>
          <w:tcPr>
            <w:tcW w:w="665" w:type="dxa"/>
          </w:tcPr>
          <w:p w14:paraId="6263650D" w14:textId="77777777" w:rsidR="00B54A8B" w:rsidRDefault="00B54A8B"/>
        </w:tc>
        <w:tc>
          <w:tcPr>
            <w:tcW w:w="665" w:type="dxa"/>
          </w:tcPr>
          <w:p w14:paraId="1A288595" w14:textId="77777777" w:rsidR="00B54A8B" w:rsidRDefault="00B54A8B"/>
        </w:tc>
        <w:tc>
          <w:tcPr>
            <w:tcW w:w="665" w:type="dxa"/>
            <w:shd w:val="clear" w:color="auto" w:fill="00B0F0"/>
          </w:tcPr>
          <w:p w14:paraId="1F996126" w14:textId="2AAD5333" w:rsidR="00B54A8B" w:rsidRDefault="00B54A8B"/>
        </w:tc>
        <w:tc>
          <w:tcPr>
            <w:tcW w:w="665" w:type="dxa"/>
          </w:tcPr>
          <w:p w14:paraId="5A30B53C" w14:textId="13934D6B" w:rsidR="00B54A8B" w:rsidRDefault="00B54A8B"/>
        </w:tc>
        <w:tc>
          <w:tcPr>
            <w:tcW w:w="665" w:type="dxa"/>
            <w:shd w:val="clear" w:color="auto" w:fill="FFFF00"/>
          </w:tcPr>
          <w:p w14:paraId="19A5B51C" w14:textId="77777777" w:rsidR="00B54A8B" w:rsidRDefault="00B54A8B"/>
        </w:tc>
        <w:tc>
          <w:tcPr>
            <w:tcW w:w="767" w:type="dxa"/>
          </w:tcPr>
          <w:p w14:paraId="0521C5BF" w14:textId="77777777" w:rsidR="00B54A8B" w:rsidRDefault="00B54A8B"/>
        </w:tc>
        <w:tc>
          <w:tcPr>
            <w:tcW w:w="1161" w:type="dxa"/>
          </w:tcPr>
          <w:p w14:paraId="7BABEA4E" w14:textId="77777777" w:rsidR="00B54A8B" w:rsidRDefault="00B54A8B"/>
        </w:tc>
      </w:tr>
      <w:tr w:rsidR="00B54A8B" w14:paraId="4CCE4A14" w14:textId="77777777" w:rsidTr="00F62CD6">
        <w:tc>
          <w:tcPr>
            <w:tcW w:w="981" w:type="dxa"/>
          </w:tcPr>
          <w:p w14:paraId="358F30FE" w14:textId="77777777" w:rsidR="00B54A8B" w:rsidRDefault="00000000">
            <w:r>
              <w:t>19:15 - 20:00</w:t>
            </w:r>
          </w:p>
        </w:tc>
        <w:tc>
          <w:tcPr>
            <w:tcW w:w="665" w:type="dxa"/>
          </w:tcPr>
          <w:p w14:paraId="5157485B" w14:textId="77777777" w:rsidR="00B54A8B" w:rsidRDefault="00B54A8B"/>
        </w:tc>
        <w:tc>
          <w:tcPr>
            <w:tcW w:w="665" w:type="dxa"/>
          </w:tcPr>
          <w:p w14:paraId="1C7F9ADC" w14:textId="77777777" w:rsidR="00B54A8B" w:rsidRDefault="00B54A8B"/>
        </w:tc>
        <w:tc>
          <w:tcPr>
            <w:tcW w:w="665" w:type="dxa"/>
          </w:tcPr>
          <w:p w14:paraId="6664AE8E" w14:textId="77777777" w:rsidR="00B54A8B" w:rsidRDefault="00B54A8B"/>
        </w:tc>
        <w:tc>
          <w:tcPr>
            <w:tcW w:w="665" w:type="dxa"/>
          </w:tcPr>
          <w:p w14:paraId="3F89661C" w14:textId="77777777" w:rsidR="00B54A8B" w:rsidRDefault="00B54A8B"/>
        </w:tc>
        <w:tc>
          <w:tcPr>
            <w:tcW w:w="665" w:type="dxa"/>
          </w:tcPr>
          <w:p w14:paraId="151F28ED" w14:textId="77777777" w:rsidR="00B54A8B" w:rsidRDefault="00B54A8B"/>
        </w:tc>
        <w:tc>
          <w:tcPr>
            <w:tcW w:w="665" w:type="dxa"/>
          </w:tcPr>
          <w:p w14:paraId="6771BD06" w14:textId="77777777" w:rsidR="00B54A8B" w:rsidRDefault="00B54A8B"/>
        </w:tc>
        <w:tc>
          <w:tcPr>
            <w:tcW w:w="665" w:type="dxa"/>
          </w:tcPr>
          <w:p w14:paraId="116D8079" w14:textId="77777777" w:rsidR="00B54A8B" w:rsidRDefault="00B54A8B"/>
        </w:tc>
        <w:tc>
          <w:tcPr>
            <w:tcW w:w="665" w:type="dxa"/>
            <w:shd w:val="clear" w:color="auto" w:fill="00B0F0"/>
          </w:tcPr>
          <w:p w14:paraId="30E66E03" w14:textId="6FBB82AB" w:rsidR="00B54A8B" w:rsidRDefault="00B54A8B"/>
        </w:tc>
        <w:tc>
          <w:tcPr>
            <w:tcW w:w="665" w:type="dxa"/>
          </w:tcPr>
          <w:p w14:paraId="13172A95" w14:textId="1ED27EEE" w:rsidR="00B54A8B" w:rsidRDefault="00B54A8B"/>
        </w:tc>
        <w:tc>
          <w:tcPr>
            <w:tcW w:w="665" w:type="dxa"/>
            <w:shd w:val="clear" w:color="auto" w:fill="FFFF00"/>
          </w:tcPr>
          <w:p w14:paraId="7AC94029" w14:textId="77777777" w:rsidR="00B54A8B" w:rsidRDefault="00B54A8B"/>
        </w:tc>
        <w:tc>
          <w:tcPr>
            <w:tcW w:w="767" w:type="dxa"/>
          </w:tcPr>
          <w:p w14:paraId="15AF6147" w14:textId="77777777" w:rsidR="00B54A8B" w:rsidRDefault="00B54A8B"/>
        </w:tc>
        <w:tc>
          <w:tcPr>
            <w:tcW w:w="1161" w:type="dxa"/>
          </w:tcPr>
          <w:p w14:paraId="0433A85A" w14:textId="77777777" w:rsidR="00B54A8B" w:rsidRDefault="00B54A8B"/>
        </w:tc>
      </w:tr>
      <w:tr w:rsidR="00B54A8B" w14:paraId="5E489362" w14:textId="77777777" w:rsidTr="00F62CD6">
        <w:tc>
          <w:tcPr>
            <w:tcW w:w="981" w:type="dxa"/>
          </w:tcPr>
          <w:p w14:paraId="20FCC2C0" w14:textId="77777777" w:rsidR="00B54A8B" w:rsidRDefault="00000000">
            <w:r>
              <w:t>20:05 - 20:50</w:t>
            </w:r>
          </w:p>
        </w:tc>
        <w:tc>
          <w:tcPr>
            <w:tcW w:w="665" w:type="dxa"/>
          </w:tcPr>
          <w:p w14:paraId="1BC7FF4B" w14:textId="77777777" w:rsidR="00B54A8B" w:rsidRDefault="00B54A8B"/>
        </w:tc>
        <w:tc>
          <w:tcPr>
            <w:tcW w:w="665" w:type="dxa"/>
          </w:tcPr>
          <w:p w14:paraId="629994EB" w14:textId="77777777" w:rsidR="00B54A8B" w:rsidRDefault="00B54A8B"/>
        </w:tc>
        <w:tc>
          <w:tcPr>
            <w:tcW w:w="665" w:type="dxa"/>
          </w:tcPr>
          <w:p w14:paraId="38F2EFCF" w14:textId="77777777" w:rsidR="00B54A8B" w:rsidRDefault="00B54A8B"/>
        </w:tc>
        <w:tc>
          <w:tcPr>
            <w:tcW w:w="665" w:type="dxa"/>
          </w:tcPr>
          <w:p w14:paraId="5AE6BC61" w14:textId="77777777" w:rsidR="00B54A8B" w:rsidRDefault="00B54A8B"/>
        </w:tc>
        <w:tc>
          <w:tcPr>
            <w:tcW w:w="665" w:type="dxa"/>
          </w:tcPr>
          <w:p w14:paraId="60D5A975" w14:textId="77777777" w:rsidR="00B54A8B" w:rsidRDefault="00B54A8B"/>
        </w:tc>
        <w:tc>
          <w:tcPr>
            <w:tcW w:w="665" w:type="dxa"/>
          </w:tcPr>
          <w:p w14:paraId="7FD2CDA2" w14:textId="77777777" w:rsidR="00B54A8B" w:rsidRDefault="00B54A8B"/>
        </w:tc>
        <w:tc>
          <w:tcPr>
            <w:tcW w:w="665" w:type="dxa"/>
          </w:tcPr>
          <w:p w14:paraId="5527C1C7" w14:textId="77777777" w:rsidR="00B54A8B" w:rsidRDefault="00B54A8B"/>
        </w:tc>
        <w:tc>
          <w:tcPr>
            <w:tcW w:w="665" w:type="dxa"/>
            <w:shd w:val="clear" w:color="auto" w:fill="00B0F0"/>
          </w:tcPr>
          <w:p w14:paraId="7141C7EE" w14:textId="4A3C4EB0" w:rsidR="00B54A8B" w:rsidRDefault="00B54A8B"/>
        </w:tc>
        <w:tc>
          <w:tcPr>
            <w:tcW w:w="665" w:type="dxa"/>
          </w:tcPr>
          <w:p w14:paraId="039FF119" w14:textId="73DF2E8C" w:rsidR="00B54A8B" w:rsidRDefault="00B54A8B"/>
        </w:tc>
        <w:tc>
          <w:tcPr>
            <w:tcW w:w="665" w:type="dxa"/>
            <w:shd w:val="clear" w:color="auto" w:fill="FFFF00"/>
          </w:tcPr>
          <w:p w14:paraId="29F0F478" w14:textId="77777777" w:rsidR="00B54A8B" w:rsidRDefault="00B54A8B"/>
        </w:tc>
        <w:tc>
          <w:tcPr>
            <w:tcW w:w="767" w:type="dxa"/>
          </w:tcPr>
          <w:p w14:paraId="1BDF75C4" w14:textId="77777777" w:rsidR="00B54A8B" w:rsidRDefault="00B54A8B"/>
        </w:tc>
        <w:tc>
          <w:tcPr>
            <w:tcW w:w="1161" w:type="dxa"/>
          </w:tcPr>
          <w:p w14:paraId="66B58F55" w14:textId="77777777" w:rsidR="00B54A8B" w:rsidRDefault="00B54A8B"/>
        </w:tc>
      </w:tr>
    </w:tbl>
    <w:p w14:paraId="214AF8D6" w14:textId="77777777" w:rsidR="00B54A8B" w:rsidRPr="00C77044" w:rsidRDefault="00000000">
      <w:pPr>
        <w:rPr>
          <w:lang w:val="pl-PL"/>
        </w:rPr>
      </w:pPr>
      <w:r w:rsidRPr="00C77044">
        <w:rPr>
          <w:lang w:val="pl-PL"/>
        </w:rPr>
        <w:br/>
        <w:t xml:space="preserve">Adres dydaktyki: Budynek </w:t>
      </w:r>
      <w:proofErr w:type="gramStart"/>
      <w:r w:rsidRPr="00C77044">
        <w:rPr>
          <w:lang w:val="pl-PL"/>
        </w:rPr>
        <w:t>Kyoto,</w:t>
      </w:r>
      <w:proofErr w:type="gramEnd"/>
      <w:r w:rsidRPr="00C77044">
        <w:rPr>
          <w:lang w:val="pl-PL"/>
        </w:rPr>
        <w:t xml:space="preserve"> I piętro, </w:t>
      </w:r>
      <w:proofErr w:type="spellStart"/>
      <w:r w:rsidRPr="00C77044">
        <w:rPr>
          <w:lang w:val="pl-PL"/>
        </w:rPr>
        <w:t>Chemin</w:t>
      </w:r>
      <w:proofErr w:type="spellEnd"/>
      <w:r w:rsidRPr="00C77044">
        <w:rPr>
          <w:lang w:val="pl-PL"/>
        </w:rPr>
        <w:t xml:space="preserve"> </w:t>
      </w:r>
      <w:proofErr w:type="spellStart"/>
      <w:r w:rsidRPr="00C77044">
        <w:rPr>
          <w:lang w:val="pl-PL"/>
        </w:rPr>
        <w:t>du</w:t>
      </w:r>
      <w:proofErr w:type="spellEnd"/>
      <w:r w:rsidRPr="00C77044">
        <w:rPr>
          <w:lang w:val="pl-PL"/>
        </w:rPr>
        <w:t xml:space="preserve"> </w:t>
      </w:r>
      <w:proofErr w:type="spellStart"/>
      <w:r w:rsidRPr="00C77044">
        <w:rPr>
          <w:lang w:val="pl-PL"/>
        </w:rPr>
        <w:t>Pommier</w:t>
      </w:r>
      <w:proofErr w:type="spellEnd"/>
      <w:r w:rsidRPr="00C77044">
        <w:rPr>
          <w:lang w:val="pl-PL"/>
        </w:rPr>
        <w:t xml:space="preserve"> 42, 1218 Grand-Saconnex</w:t>
      </w:r>
    </w:p>
    <w:p w14:paraId="5438E23D" w14:textId="77777777" w:rsidR="00B54A8B" w:rsidRPr="00C77044" w:rsidRDefault="00000000">
      <w:pPr>
        <w:rPr>
          <w:lang w:val="pl-PL"/>
        </w:rPr>
      </w:pPr>
      <w:r w:rsidRPr="00C77044">
        <w:rPr>
          <w:lang w:val="pl-PL"/>
        </w:rPr>
        <w:t>Biblioteka: Stałe Przedstawicielstwo RP przy Biurze NZ w Genewie, 1218 Le Grand-Saconnex</w:t>
      </w:r>
    </w:p>
    <w:sectPr w:rsidR="00B54A8B" w:rsidRPr="00C77044" w:rsidSect="002D1F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11111060">
    <w:abstractNumId w:val="8"/>
  </w:num>
  <w:num w:numId="2" w16cid:durableId="356127164">
    <w:abstractNumId w:val="6"/>
  </w:num>
  <w:num w:numId="3" w16cid:durableId="2132943456">
    <w:abstractNumId w:val="5"/>
  </w:num>
  <w:num w:numId="4" w16cid:durableId="1686245699">
    <w:abstractNumId w:val="4"/>
  </w:num>
  <w:num w:numId="5" w16cid:durableId="259872035">
    <w:abstractNumId w:val="7"/>
  </w:num>
  <w:num w:numId="6" w16cid:durableId="1998458534">
    <w:abstractNumId w:val="3"/>
  </w:num>
  <w:num w:numId="7" w16cid:durableId="1522473394">
    <w:abstractNumId w:val="2"/>
  </w:num>
  <w:num w:numId="8" w16cid:durableId="107238383">
    <w:abstractNumId w:val="1"/>
  </w:num>
  <w:num w:numId="9" w16cid:durableId="1585723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0FB2"/>
    <w:rsid w:val="0021459B"/>
    <w:rsid w:val="0029639D"/>
    <w:rsid w:val="002D1F4E"/>
    <w:rsid w:val="00310E47"/>
    <w:rsid w:val="00326F90"/>
    <w:rsid w:val="004A2C58"/>
    <w:rsid w:val="00700660"/>
    <w:rsid w:val="007904FB"/>
    <w:rsid w:val="007C5AA0"/>
    <w:rsid w:val="007F3120"/>
    <w:rsid w:val="00AA1D8D"/>
    <w:rsid w:val="00B11C0A"/>
    <w:rsid w:val="00B35AD9"/>
    <w:rsid w:val="00B47730"/>
    <w:rsid w:val="00B54A8B"/>
    <w:rsid w:val="00BA721E"/>
    <w:rsid w:val="00C5755C"/>
    <w:rsid w:val="00C72680"/>
    <w:rsid w:val="00C77044"/>
    <w:rsid w:val="00CA2B36"/>
    <w:rsid w:val="00CB0664"/>
    <w:rsid w:val="00D604F3"/>
    <w:rsid w:val="00DA530F"/>
    <w:rsid w:val="00F24F49"/>
    <w:rsid w:val="00F3117B"/>
    <w:rsid w:val="00F62CD6"/>
    <w:rsid w:val="00F64FA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2DACF38"/>
  <w14:defaultImageDpi w14:val="300"/>
  <w15:docId w15:val="{90A31864-3A6E-47C8-A310-15BDA1C7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 Marciniak</cp:lastModifiedBy>
  <cp:revision>3</cp:revision>
  <dcterms:created xsi:type="dcterms:W3CDTF">2025-08-23T08:45:00Z</dcterms:created>
  <dcterms:modified xsi:type="dcterms:W3CDTF">2025-08-30T18:31:00Z</dcterms:modified>
  <cp:category/>
</cp:coreProperties>
</file>